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FAF84" w14:textId="69F5303C" w:rsidR="00433D51" w:rsidRDefault="00433D51" w:rsidP="00A60FBC">
      <w:pPr>
        <w:pStyle w:val="1"/>
        <w:spacing w:before="0" w:line="240" w:lineRule="auto"/>
        <w:jc w:val="center"/>
        <w:rPr>
          <w:rFonts w:ascii="Times New Roman" w:hAnsi="Times New Roman" w:cs="Times New Roman"/>
          <w:color w:val="auto"/>
          <w:sz w:val="24"/>
          <w:szCs w:val="24"/>
        </w:rPr>
      </w:pPr>
      <w:r w:rsidRPr="00E0078A">
        <w:rPr>
          <w:rFonts w:ascii="Times New Roman" w:hAnsi="Times New Roman" w:cs="Times New Roman"/>
          <w:color w:val="auto"/>
          <w:sz w:val="24"/>
          <w:szCs w:val="24"/>
        </w:rPr>
        <w:t>Lecture 8</w:t>
      </w:r>
    </w:p>
    <w:p w14:paraId="7E485E8F" w14:textId="77777777" w:rsidR="00E0078A" w:rsidRPr="00E0078A" w:rsidRDefault="00E0078A" w:rsidP="00A60FBC">
      <w:pPr>
        <w:spacing w:after="0" w:line="240" w:lineRule="auto"/>
      </w:pPr>
    </w:p>
    <w:p w14:paraId="283B0F8E" w14:textId="77777777" w:rsidR="00E0078A" w:rsidRDefault="00E0078A" w:rsidP="00A60FBC">
      <w:pPr>
        <w:spacing w:after="0" w:line="240" w:lineRule="auto"/>
        <w:jc w:val="center"/>
        <w:rPr>
          <w:rFonts w:ascii="Times New Roman" w:hAnsi="Times New Roman" w:cs="Times New Roman"/>
          <w:b/>
          <w:bCs/>
          <w:sz w:val="24"/>
          <w:szCs w:val="24"/>
          <w:lang w:val="kk-KZ"/>
        </w:rPr>
      </w:pPr>
      <w:r w:rsidRPr="00E0078A">
        <w:rPr>
          <w:rFonts w:ascii="Times New Roman" w:hAnsi="Times New Roman" w:cs="Times New Roman"/>
          <w:b/>
          <w:bCs/>
          <w:sz w:val="24"/>
          <w:szCs w:val="24"/>
          <w:lang w:val="kk-KZ"/>
        </w:rPr>
        <w:t>Quantum Mechanics and Atomic Physics</w:t>
      </w:r>
    </w:p>
    <w:p w14:paraId="4DF91F65" w14:textId="77777777" w:rsidR="00E0078A" w:rsidRDefault="00E0078A" w:rsidP="00A60FBC">
      <w:pPr>
        <w:spacing w:after="0" w:line="240" w:lineRule="auto"/>
        <w:jc w:val="both"/>
        <w:rPr>
          <w:rFonts w:ascii="Times New Roman" w:hAnsi="Times New Roman" w:cs="Times New Roman"/>
          <w:b/>
          <w:bCs/>
          <w:sz w:val="24"/>
          <w:szCs w:val="24"/>
        </w:rPr>
      </w:pPr>
    </w:p>
    <w:p w14:paraId="7C81E701" w14:textId="77777777" w:rsidR="00E0078A" w:rsidRDefault="00E0078A" w:rsidP="00A60FBC">
      <w:pPr>
        <w:spacing w:after="0" w:line="240" w:lineRule="auto"/>
        <w:ind w:firstLine="709"/>
        <w:jc w:val="both"/>
        <w:rPr>
          <w:rFonts w:ascii="Times New Roman" w:hAnsi="Times New Roman" w:cs="Times New Roman"/>
          <w:sz w:val="24"/>
          <w:szCs w:val="24"/>
        </w:rPr>
      </w:pPr>
      <w:r w:rsidRPr="00E0078A">
        <w:rPr>
          <w:rFonts w:ascii="Times New Roman" w:hAnsi="Times New Roman" w:cs="Times New Roman"/>
          <w:b/>
          <w:bCs/>
          <w:sz w:val="24"/>
          <w:szCs w:val="24"/>
        </w:rPr>
        <w:t>Aim of the Lecture</w:t>
      </w:r>
      <w:r w:rsidRPr="00E0078A">
        <w:rPr>
          <w:rFonts w:ascii="Times New Roman" w:hAnsi="Times New Roman" w:cs="Times New Roman"/>
          <w:b/>
          <w:bCs/>
          <w:sz w:val="24"/>
          <w:szCs w:val="24"/>
          <w:lang w:val="kk-KZ"/>
        </w:rPr>
        <w:t>:</w:t>
      </w:r>
      <w:r>
        <w:rPr>
          <w:rFonts w:ascii="Times New Roman" w:hAnsi="Times New Roman" w:cs="Times New Roman"/>
          <w:sz w:val="24"/>
          <w:szCs w:val="24"/>
          <w:lang w:val="kk-KZ"/>
        </w:rPr>
        <w:t xml:space="preserve"> </w:t>
      </w:r>
      <w:r w:rsidRPr="00E0078A">
        <w:rPr>
          <w:rFonts w:ascii="Times New Roman" w:hAnsi="Times New Roman" w:cs="Times New Roman"/>
          <w:sz w:val="24"/>
          <w:szCs w:val="24"/>
        </w:rPr>
        <w:t>To introduce students to the fundamental principles of quantum mechanics and atomic physics, explain the behavior of matter at microscopic scales, and explore how quantum theory revolutionized modern technology and scientific understanding.</w:t>
      </w:r>
    </w:p>
    <w:p w14:paraId="631CD02F" w14:textId="77777777" w:rsidR="00E0078A" w:rsidRDefault="00E0078A" w:rsidP="00A60FBC">
      <w:pPr>
        <w:spacing w:after="0" w:line="240" w:lineRule="auto"/>
        <w:ind w:firstLine="709"/>
        <w:jc w:val="both"/>
        <w:rPr>
          <w:rFonts w:ascii="Times New Roman" w:hAnsi="Times New Roman" w:cs="Times New Roman"/>
          <w:sz w:val="24"/>
          <w:szCs w:val="24"/>
        </w:rPr>
      </w:pPr>
    </w:p>
    <w:p w14:paraId="0BD9B722" w14:textId="77777777" w:rsidR="00E0078A" w:rsidRDefault="00E0078A" w:rsidP="00A60FBC">
      <w:pPr>
        <w:spacing w:after="0" w:line="240" w:lineRule="auto"/>
        <w:ind w:firstLine="709"/>
        <w:jc w:val="both"/>
        <w:rPr>
          <w:rFonts w:ascii="Times New Roman" w:hAnsi="Times New Roman" w:cs="Times New Roman"/>
          <w:b/>
          <w:bCs/>
          <w:sz w:val="24"/>
          <w:szCs w:val="24"/>
        </w:rPr>
      </w:pPr>
      <w:r w:rsidRPr="00E0078A">
        <w:rPr>
          <w:rFonts w:ascii="Times New Roman" w:hAnsi="Times New Roman" w:cs="Times New Roman"/>
          <w:b/>
          <w:bCs/>
          <w:sz w:val="24"/>
          <w:szCs w:val="24"/>
        </w:rPr>
        <w:t>Objectives</w:t>
      </w:r>
    </w:p>
    <w:p w14:paraId="3A3F51F2" w14:textId="77777777" w:rsidR="00E0078A" w:rsidRDefault="00E0078A" w:rsidP="00A60FBC">
      <w:pPr>
        <w:spacing w:after="0" w:line="240" w:lineRule="auto"/>
        <w:ind w:firstLine="709"/>
        <w:jc w:val="both"/>
        <w:rPr>
          <w:rFonts w:ascii="Times New Roman" w:hAnsi="Times New Roman" w:cs="Times New Roman"/>
          <w:sz w:val="24"/>
          <w:szCs w:val="24"/>
        </w:rPr>
      </w:pPr>
      <w:r w:rsidRPr="00E0078A">
        <w:rPr>
          <w:rFonts w:ascii="Times New Roman" w:hAnsi="Times New Roman" w:cs="Times New Roman"/>
          <w:sz w:val="24"/>
          <w:szCs w:val="24"/>
        </w:rPr>
        <w:t>By the end of this lecture, students will be able to:</w:t>
      </w:r>
    </w:p>
    <w:p w14:paraId="651A531C" w14:textId="77777777" w:rsidR="00E0078A" w:rsidRDefault="00E0078A" w:rsidP="00A60FBC">
      <w:pPr>
        <w:pStyle w:val="ae"/>
        <w:numPr>
          <w:ilvl w:val="0"/>
          <w:numId w:val="11"/>
        </w:numPr>
        <w:tabs>
          <w:tab w:val="left" w:pos="993"/>
        </w:tabs>
        <w:spacing w:after="0" w:line="240" w:lineRule="auto"/>
        <w:ind w:left="0" w:firstLine="709"/>
        <w:jc w:val="both"/>
        <w:rPr>
          <w:rFonts w:ascii="Times New Roman" w:hAnsi="Times New Roman" w:cs="Times New Roman"/>
          <w:sz w:val="24"/>
          <w:szCs w:val="24"/>
        </w:rPr>
      </w:pPr>
      <w:r w:rsidRPr="00E0078A">
        <w:rPr>
          <w:rFonts w:ascii="Times New Roman" w:hAnsi="Times New Roman" w:cs="Times New Roman"/>
          <w:sz w:val="24"/>
          <w:szCs w:val="24"/>
        </w:rPr>
        <w:t>Understand the core ideas that distinguish quantum mechanics from classical physics</w:t>
      </w:r>
    </w:p>
    <w:p w14:paraId="55F857D8" w14:textId="3DF35687" w:rsidR="00E0078A" w:rsidRDefault="00E0078A" w:rsidP="00A60FBC">
      <w:pPr>
        <w:pStyle w:val="ae"/>
        <w:numPr>
          <w:ilvl w:val="0"/>
          <w:numId w:val="11"/>
        </w:numPr>
        <w:tabs>
          <w:tab w:val="left" w:pos="993"/>
        </w:tabs>
        <w:spacing w:after="0" w:line="240" w:lineRule="auto"/>
        <w:ind w:left="0" w:firstLine="709"/>
        <w:jc w:val="both"/>
        <w:rPr>
          <w:rFonts w:ascii="Times New Roman" w:hAnsi="Times New Roman" w:cs="Times New Roman"/>
          <w:sz w:val="24"/>
          <w:szCs w:val="24"/>
        </w:rPr>
      </w:pPr>
      <w:r w:rsidRPr="00E0078A">
        <w:rPr>
          <w:rFonts w:ascii="Times New Roman" w:hAnsi="Times New Roman" w:cs="Times New Roman"/>
          <w:sz w:val="24"/>
          <w:szCs w:val="24"/>
        </w:rPr>
        <w:t>Explain wave–particle duality, uncertainty, superposition, and quantization</w:t>
      </w:r>
    </w:p>
    <w:p w14:paraId="722A0E13" w14:textId="73277733" w:rsidR="00E0078A" w:rsidRDefault="00E0078A" w:rsidP="00A60FBC">
      <w:pPr>
        <w:pStyle w:val="ae"/>
        <w:numPr>
          <w:ilvl w:val="0"/>
          <w:numId w:val="11"/>
        </w:numPr>
        <w:tabs>
          <w:tab w:val="left" w:pos="993"/>
        </w:tabs>
        <w:spacing w:after="0" w:line="240" w:lineRule="auto"/>
        <w:ind w:left="0" w:firstLine="709"/>
        <w:jc w:val="both"/>
        <w:rPr>
          <w:rFonts w:ascii="Times New Roman" w:hAnsi="Times New Roman" w:cs="Times New Roman"/>
          <w:sz w:val="24"/>
          <w:szCs w:val="24"/>
        </w:rPr>
      </w:pPr>
      <w:r w:rsidRPr="00E0078A">
        <w:rPr>
          <w:rFonts w:ascii="Times New Roman" w:hAnsi="Times New Roman" w:cs="Times New Roman"/>
          <w:sz w:val="24"/>
          <w:szCs w:val="24"/>
        </w:rPr>
        <w:t>Describe the structure of atoms using quantum mechanical models</w:t>
      </w:r>
    </w:p>
    <w:p w14:paraId="6AE5363E" w14:textId="2BC38FC8" w:rsidR="00E0078A" w:rsidRDefault="00E0078A" w:rsidP="00A60FBC">
      <w:pPr>
        <w:pStyle w:val="ae"/>
        <w:numPr>
          <w:ilvl w:val="0"/>
          <w:numId w:val="11"/>
        </w:numPr>
        <w:tabs>
          <w:tab w:val="left" w:pos="993"/>
        </w:tabs>
        <w:spacing w:after="0" w:line="240" w:lineRule="auto"/>
        <w:ind w:left="0" w:firstLine="709"/>
        <w:jc w:val="both"/>
        <w:rPr>
          <w:rFonts w:ascii="Times New Roman" w:hAnsi="Times New Roman" w:cs="Times New Roman"/>
          <w:sz w:val="24"/>
          <w:szCs w:val="24"/>
        </w:rPr>
      </w:pPr>
      <w:r w:rsidRPr="00E0078A">
        <w:rPr>
          <w:rFonts w:ascii="Times New Roman" w:hAnsi="Times New Roman" w:cs="Times New Roman"/>
          <w:sz w:val="24"/>
          <w:szCs w:val="24"/>
        </w:rPr>
        <w:t>Interpret the role of orbitals, energy levels, and electronic transitions</w:t>
      </w:r>
    </w:p>
    <w:p w14:paraId="061D00F0" w14:textId="77777777" w:rsidR="00E0078A" w:rsidRDefault="00E0078A" w:rsidP="00A60FBC">
      <w:pPr>
        <w:pStyle w:val="ae"/>
        <w:numPr>
          <w:ilvl w:val="0"/>
          <w:numId w:val="11"/>
        </w:numPr>
        <w:tabs>
          <w:tab w:val="left" w:pos="993"/>
        </w:tabs>
        <w:spacing w:after="0" w:line="240" w:lineRule="auto"/>
        <w:ind w:left="0" w:firstLine="709"/>
        <w:jc w:val="both"/>
        <w:rPr>
          <w:rFonts w:ascii="Times New Roman" w:hAnsi="Times New Roman" w:cs="Times New Roman"/>
          <w:sz w:val="24"/>
          <w:szCs w:val="24"/>
        </w:rPr>
      </w:pPr>
      <w:r w:rsidRPr="00E0078A">
        <w:rPr>
          <w:rFonts w:ascii="Times New Roman" w:hAnsi="Times New Roman" w:cs="Times New Roman"/>
          <w:sz w:val="24"/>
          <w:szCs w:val="24"/>
        </w:rPr>
        <w:t>Recognize key technological applications of quantum and atomic principles</w:t>
      </w:r>
    </w:p>
    <w:p w14:paraId="6C3F3D22" w14:textId="77777777" w:rsidR="00E0078A" w:rsidRDefault="00E0078A" w:rsidP="00A60FBC">
      <w:pPr>
        <w:pStyle w:val="ae"/>
        <w:tabs>
          <w:tab w:val="left" w:pos="993"/>
        </w:tabs>
        <w:spacing w:after="0" w:line="240" w:lineRule="auto"/>
        <w:ind w:left="709"/>
        <w:jc w:val="both"/>
        <w:rPr>
          <w:rFonts w:ascii="Times New Roman" w:hAnsi="Times New Roman" w:cs="Times New Roman"/>
          <w:sz w:val="24"/>
          <w:szCs w:val="24"/>
        </w:rPr>
      </w:pPr>
    </w:p>
    <w:p w14:paraId="4913AA8B" w14:textId="77777777" w:rsidR="00E0078A" w:rsidRDefault="00E0078A" w:rsidP="00A60FBC">
      <w:pPr>
        <w:pStyle w:val="ae"/>
        <w:tabs>
          <w:tab w:val="left" w:pos="993"/>
        </w:tabs>
        <w:spacing w:after="0" w:line="240" w:lineRule="auto"/>
        <w:ind w:left="0" w:firstLine="709"/>
        <w:jc w:val="both"/>
        <w:rPr>
          <w:rFonts w:ascii="Times New Roman" w:hAnsi="Times New Roman" w:cs="Times New Roman"/>
          <w:sz w:val="24"/>
          <w:szCs w:val="24"/>
        </w:rPr>
      </w:pPr>
      <w:r w:rsidRPr="00E0078A">
        <w:rPr>
          <w:rFonts w:ascii="Times New Roman" w:hAnsi="Times New Roman" w:cs="Times New Roman"/>
          <w:b/>
          <w:bCs/>
          <w:sz w:val="24"/>
          <w:szCs w:val="24"/>
        </w:rPr>
        <w:t>Key Terms</w:t>
      </w:r>
      <w:r>
        <w:rPr>
          <w:rFonts w:ascii="Times New Roman" w:hAnsi="Times New Roman" w:cs="Times New Roman"/>
          <w:b/>
          <w:bCs/>
          <w:sz w:val="24"/>
          <w:szCs w:val="24"/>
          <w:lang w:val="kk-KZ"/>
        </w:rPr>
        <w:t xml:space="preserve">: </w:t>
      </w:r>
      <w:r w:rsidRPr="00E0078A">
        <w:rPr>
          <w:rFonts w:ascii="Times New Roman" w:hAnsi="Times New Roman" w:cs="Times New Roman"/>
          <w:sz w:val="24"/>
          <w:szCs w:val="24"/>
        </w:rPr>
        <w:t>Quantum Mechanics, Wave–Particle Duality, Uncertainty Principle, Superposition, Quantization, Atom, Nucleus, Orbitals, Schrödinger Equation, Photons, Energy Levels, Spectroscopy, Semiconductors.</w:t>
      </w:r>
    </w:p>
    <w:p w14:paraId="31E59BDD" w14:textId="77777777" w:rsidR="00E0078A" w:rsidRDefault="00E0078A" w:rsidP="00A60FBC">
      <w:pPr>
        <w:pStyle w:val="ae"/>
        <w:tabs>
          <w:tab w:val="left" w:pos="993"/>
        </w:tabs>
        <w:spacing w:after="0" w:line="240" w:lineRule="auto"/>
        <w:ind w:left="0" w:firstLine="709"/>
        <w:jc w:val="both"/>
        <w:rPr>
          <w:rFonts w:ascii="Times New Roman" w:hAnsi="Times New Roman" w:cs="Times New Roman"/>
          <w:sz w:val="24"/>
          <w:szCs w:val="24"/>
        </w:rPr>
      </w:pPr>
    </w:p>
    <w:p w14:paraId="19466592" w14:textId="77777777" w:rsidR="00E0078A" w:rsidRDefault="00E0078A" w:rsidP="00A60FBC">
      <w:pPr>
        <w:pStyle w:val="ae"/>
        <w:tabs>
          <w:tab w:val="left" w:pos="993"/>
        </w:tabs>
        <w:spacing w:after="0" w:line="240" w:lineRule="auto"/>
        <w:ind w:left="0"/>
        <w:jc w:val="center"/>
        <w:rPr>
          <w:rFonts w:ascii="Times New Roman" w:hAnsi="Times New Roman" w:cs="Times New Roman"/>
          <w:b/>
          <w:bCs/>
          <w:sz w:val="24"/>
          <w:szCs w:val="24"/>
        </w:rPr>
      </w:pPr>
      <w:r w:rsidRPr="00E0078A">
        <w:rPr>
          <w:rFonts w:ascii="Times New Roman" w:hAnsi="Times New Roman" w:cs="Times New Roman"/>
          <w:b/>
          <w:bCs/>
          <w:sz w:val="24"/>
          <w:szCs w:val="24"/>
        </w:rPr>
        <w:t>Main Content</w:t>
      </w:r>
    </w:p>
    <w:p w14:paraId="4564A047" w14:textId="77777777" w:rsidR="00E0078A" w:rsidRDefault="00E0078A" w:rsidP="00A60FBC">
      <w:pPr>
        <w:pStyle w:val="ae"/>
        <w:tabs>
          <w:tab w:val="left" w:pos="993"/>
        </w:tabs>
        <w:spacing w:after="0" w:line="240" w:lineRule="auto"/>
        <w:ind w:left="0"/>
        <w:jc w:val="both"/>
        <w:rPr>
          <w:rFonts w:ascii="Times New Roman" w:hAnsi="Times New Roman" w:cs="Times New Roman"/>
          <w:b/>
          <w:bCs/>
          <w:sz w:val="24"/>
          <w:szCs w:val="24"/>
        </w:rPr>
      </w:pPr>
    </w:p>
    <w:p w14:paraId="05E01E7F" w14:textId="77777777" w:rsidR="00E0078A" w:rsidRDefault="00E0078A" w:rsidP="00A60FBC">
      <w:pPr>
        <w:pStyle w:val="ae"/>
        <w:tabs>
          <w:tab w:val="left" w:pos="993"/>
        </w:tabs>
        <w:spacing w:after="0" w:line="240" w:lineRule="auto"/>
        <w:ind w:left="0" w:firstLine="709"/>
        <w:jc w:val="both"/>
        <w:rPr>
          <w:rFonts w:ascii="Times New Roman" w:hAnsi="Times New Roman" w:cs="Times New Roman"/>
          <w:b/>
          <w:bCs/>
          <w:sz w:val="24"/>
          <w:szCs w:val="24"/>
        </w:rPr>
      </w:pPr>
      <w:r w:rsidRPr="00E0078A">
        <w:rPr>
          <w:rFonts w:ascii="Times New Roman" w:hAnsi="Times New Roman" w:cs="Times New Roman"/>
          <w:b/>
          <w:bCs/>
          <w:sz w:val="24"/>
          <w:szCs w:val="24"/>
        </w:rPr>
        <w:t>Introduction to Quantum Mechanics and Atomic Physics</w:t>
      </w:r>
    </w:p>
    <w:p w14:paraId="48AC8C80" w14:textId="77777777" w:rsidR="00B53AEA" w:rsidRPr="00B53AEA" w:rsidRDefault="00B53AEA" w:rsidP="00A60FBC">
      <w:pPr>
        <w:pStyle w:val="ae"/>
        <w:tabs>
          <w:tab w:val="left" w:pos="993"/>
        </w:tabs>
        <w:spacing w:after="0" w:line="240" w:lineRule="auto"/>
        <w:ind w:left="0" w:firstLine="709"/>
        <w:jc w:val="both"/>
        <w:rPr>
          <w:rFonts w:ascii="Times New Roman" w:hAnsi="Times New Roman" w:cs="Times New Roman"/>
          <w:sz w:val="24"/>
          <w:szCs w:val="24"/>
        </w:rPr>
      </w:pPr>
      <w:r w:rsidRPr="00B53AEA">
        <w:rPr>
          <w:rFonts w:ascii="Times New Roman" w:hAnsi="Times New Roman" w:cs="Times New Roman"/>
          <w:sz w:val="24"/>
          <w:szCs w:val="24"/>
        </w:rPr>
        <w:t>Quantum mechanics is the branch of physics that investigates how matter and energy behave at the atomic and subatomic levels—scales where classical physics fails to accurately describe physical phenomena. Unlike the predictable and continuous laws of classical motion, quantum mechanics reveals a world governed by probability, discrete energy levels, and wave–particle duality. At this microscopic scale, particles such as electrons and photons exhibit behaviors that defy everyday intuition: they can exist in multiple states at once, tunnel through barriers, and influence each other instantaneously over long distances. These surprising principles form the foundation of modern physics and have reshaped scientific understanding across nearly every discipline.</w:t>
      </w:r>
    </w:p>
    <w:p w14:paraId="1BFF6396" w14:textId="77777777" w:rsidR="00B53AEA" w:rsidRPr="00B53AEA" w:rsidRDefault="00B53AEA" w:rsidP="00A60FBC">
      <w:pPr>
        <w:pStyle w:val="ae"/>
        <w:tabs>
          <w:tab w:val="left" w:pos="993"/>
        </w:tabs>
        <w:spacing w:after="0" w:line="240" w:lineRule="auto"/>
        <w:ind w:left="0" w:firstLine="709"/>
        <w:jc w:val="both"/>
        <w:rPr>
          <w:rFonts w:ascii="Times New Roman" w:hAnsi="Times New Roman" w:cs="Times New Roman"/>
          <w:sz w:val="24"/>
          <w:szCs w:val="24"/>
        </w:rPr>
      </w:pPr>
      <w:r w:rsidRPr="00B53AEA">
        <w:rPr>
          <w:rFonts w:ascii="Times New Roman" w:hAnsi="Times New Roman" w:cs="Times New Roman"/>
          <w:sz w:val="24"/>
          <w:szCs w:val="24"/>
        </w:rPr>
        <w:t>Atomic physics, closely tied to quantum mechanics, focuses specifically on the structure, properties, and behavior of atoms—the fundamental building blocks of matter. It explores how electrons occupy specific regions around the nucleus, how atoms absorb and emit light through quantized energy transitions, and how interactions between electrons determine an element’s chemical and physical characteristics. The concepts developed in atomic physics provide the basis for understanding chemical bonding, the periodic table, spectroscopy, plasma behavior, and advanced materials. Together, quantum mechanics and atomic physics form a unified framework that explains the fundamental nature of matter and energy.</w:t>
      </w:r>
    </w:p>
    <w:p w14:paraId="136B7978" w14:textId="77777777" w:rsidR="00B53AEA" w:rsidRPr="00B53AEA" w:rsidRDefault="00B53AEA" w:rsidP="00A60FBC">
      <w:pPr>
        <w:pStyle w:val="ae"/>
        <w:tabs>
          <w:tab w:val="left" w:pos="993"/>
        </w:tabs>
        <w:spacing w:after="0" w:line="240" w:lineRule="auto"/>
        <w:ind w:left="0" w:firstLine="709"/>
        <w:jc w:val="both"/>
        <w:rPr>
          <w:rFonts w:ascii="Times New Roman" w:hAnsi="Times New Roman" w:cs="Times New Roman"/>
          <w:sz w:val="24"/>
          <w:szCs w:val="24"/>
        </w:rPr>
      </w:pPr>
      <w:r w:rsidRPr="00B53AEA">
        <w:rPr>
          <w:rFonts w:ascii="Times New Roman" w:hAnsi="Times New Roman" w:cs="Times New Roman"/>
          <w:sz w:val="24"/>
          <w:szCs w:val="24"/>
        </w:rPr>
        <w:t xml:space="preserve">Quantum theory emerged in the early 20th century as a revolutionary response to experimental results that classical physics could not explain. Max Planck’s work on blackbody radiation introduced the idea of quantized energy, suggesting that energy is emitted in discrete packets rather than continuous waves. Albert Einstein expanded this </w:t>
      </w:r>
      <w:r w:rsidRPr="00B53AEA">
        <w:rPr>
          <w:rFonts w:ascii="Times New Roman" w:hAnsi="Times New Roman" w:cs="Times New Roman"/>
          <w:sz w:val="24"/>
          <w:szCs w:val="24"/>
        </w:rPr>
        <w:lastRenderedPageBreak/>
        <w:t>idea with the photoelectric effect, showing that light behaves as particles (photons) with quantized energy. Niels Bohr developed a model of the hydrogen atom with quantized electron orbits, laying the groundwork for atomic structure. Later, experiments such as electron diffraction demonstrated that particles also behave like waves, confirming the dual nature of matter.</w:t>
      </w:r>
    </w:p>
    <w:p w14:paraId="5218A8AB" w14:textId="77777777" w:rsidR="00B53AEA" w:rsidRDefault="00B53AEA" w:rsidP="00A60FBC">
      <w:pPr>
        <w:pStyle w:val="ae"/>
        <w:tabs>
          <w:tab w:val="left" w:pos="993"/>
        </w:tabs>
        <w:spacing w:after="0" w:line="240" w:lineRule="auto"/>
        <w:ind w:left="0" w:firstLine="709"/>
        <w:jc w:val="both"/>
        <w:rPr>
          <w:rFonts w:ascii="Times New Roman" w:hAnsi="Times New Roman" w:cs="Times New Roman"/>
          <w:sz w:val="24"/>
          <w:szCs w:val="24"/>
        </w:rPr>
      </w:pPr>
      <w:r w:rsidRPr="00B53AEA">
        <w:rPr>
          <w:rFonts w:ascii="Times New Roman" w:hAnsi="Times New Roman" w:cs="Times New Roman"/>
          <w:sz w:val="24"/>
          <w:szCs w:val="24"/>
        </w:rPr>
        <w:t>These discoveries challenged traditional ideas and paved the way for a new theoretical framework based on probability amplitudes, wave functions, and the mathematical formalism of the Schrödinger equation. Instead of describing precise trajectories, quantum mechanics provides statistical predictions about where particles are likely to be found and how they will behave upon measurement. This shift marked one of the most profound transformations in the history of science, influencing physics, chemistry, computer science, materials engineering, and even philosophy.</w:t>
      </w:r>
      <w:r>
        <w:rPr>
          <w:rFonts w:ascii="Times New Roman" w:hAnsi="Times New Roman" w:cs="Times New Roman"/>
          <w:sz w:val="24"/>
          <w:szCs w:val="24"/>
          <w:lang w:val="kk-KZ"/>
        </w:rPr>
        <w:t xml:space="preserve"> </w:t>
      </w:r>
      <w:r w:rsidRPr="00B53AEA">
        <w:rPr>
          <w:rFonts w:ascii="Times New Roman" w:hAnsi="Times New Roman" w:cs="Times New Roman"/>
          <w:sz w:val="24"/>
          <w:szCs w:val="24"/>
        </w:rPr>
        <w:t>In essence, the study of quantum mechanics and atomic physics provides students with a deeper understanding of the unseen microscopic world, revealing the rules that govern the behavior of all matter and energy. It opens the door to both theoretical insights and technological innovations, demonstrating how the smallest scales of nature shape the structure and function of the universe.</w:t>
      </w:r>
    </w:p>
    <w:p w14:paraId="324E6BF8" w14:textId="77777777" w:rsidR="00B53AEA" w:rsidRDefault="00B53AEA" w:rsidP="00A60FBC">
      <w:pPr>
        <w:pStyle w:val="ae"/>
        <w:tabs>
          <w:tab w:val="left" w:pos="993"/>
        </w:tabs>
        <w:spacing w:after="0" w:line="240" w:lineRule="auto"/>
        <w:ind w:left="0" w:firstLine="709"/>
        <w:jc w:val="both"/>
        <w:rPr>
          <w:rFonts w:ascii="Times New Roman" w:hAnsi="Times New Roman" w:cs="Times New Roman"/>
          <w:b/>
          <w:bCs/>
          <w:sz w:val="24"/>
          <w:szCs w:val="24"/>
        </w:rPr>
      </w:pPr>
    </w:p>
    <w:p w14:paraId="4794060B" w14:textId="77777777" w:rsidR="00B53AEA" w:rsidRDefault="00E0078A" w:rsidP="00A60FBC">
      <w:pPr>
        <w:pStyle w:val="ae"/>
        <w:tabs>
          <w:tab w:val="left" w:pos="993"/>
        </w:tabs>
        <w:spacing w:after="0" w:line="240" w:lineRule="auto"/>
        <w:ind w:left="0" w:firstLine="709"/>
        <w:jc w:val="both"/>
        <w:rPr>
          <w:rFonts w:ascii="Times New Roman" w:hAnsi="Times New Roman" w:cs="Times New Roman"/>
          <w:b/>
          <w:bCs/>
          <w:sz w:val="24"/>
          <w:szCs w:val="24"/>
        </w:rPr>
      </w:pPr>
      <w:r w:rsidRPr="00B53AEA">
        <w:rPr>
          <w:rFonts w:ascii="Times New Roman" w:hAnsi="Times New Roman" w:cs="Times New Roman"/>
          <w:b/>
          <w:bCs/>
          <w:sz w:val="24"/>
          <w:szCs w:val="24"/>
        </w:rPr>
        <w:t>Key Principles of Quantum Mechanics</w:t>
      </w:r>
    </w:p>
    <w:p w14:paraId="54E6EFB2" w14:textId="77777777" w:rsidR="00B53AEA" w:rsidRDefault="00E0078A" w:rsidP="00A60FBC">
      <w:pPr>
        <w:pStyle w:val="ae"/>
        <w:tabs>
          <w:tab w:val="left" w:pos="993"/>
        </w:tabs>
        <w:spacing w:after="0" w:line="240" w:lineRule="auto"/>
        <w:ind w:left="0" w:firstLine="709"/>
        <w:jc w:val="both"/>
        <w:rPr>
          <w:rFonts w:ascii="Times New Roman" w:hAnsi="Times New Roman" w:cs="Times New Roman"/>
          <w:sz w:val="24"/>
          <w:szCs w:val="24"/>
        </w:rPr>
      </w:pPr>
      <w:r w:rsidRPr="00E0078A">
        <w:rPr>
          <w:rFonts w:ascii="Times New Roman" w:hAnsi="Times New Roman" w:cs="Times New Roman"/>
          <w:sz w:val="24"/>
          <w:szCs w:val="24"/>
        </w:rPr>
        <w:t>Quantum mechanics introduces several foundational principles:</w:t>
      </w:r>
    </w:p>
    <w:p w14:paraId="2CDF59E0" w14:textId="00F2BCCB" w:rsidR="00E0078A" w:rsidRDefault="00E0078A" w:rsidP="00A60FBC">
      <w:pPr>
        <w:pStyle w:val="ae"/>
        <w:numPr>
          <w:ilvl w:val="0"/>
          <w:numId w:val="11"/>
        </w:numPr>
        <w:tabs>
          <w:tab w:val="left" w:pos="993"/>
        </w:tabs>
        <w:spacing w:after="0" w:line="240" w:lineRule="auto"/>
        <w:ind w:left="0" w:firstLine="709"/>
        <w:jc w:val="both"/>
        <w:rPr>
          <w:rFonts w:ascii="Times New Roman" w:hAnsi="Times New Roman" w:cs="Times New Roman"/>
          <w:sz w:val="24"/>
          <w:szCs w:val="24"/>
        </w:rPr>
      </w:pPr>
      <w:r w:rsidRPr="00E0078A">
        <w:rPr>
          <w:rFonts w:ascii="Times New Roman" w:hAnsi="Times New Roman" w:cs="Times New Roman"/>
          <w:sz w:val="24"/>
          <w:szCs w:val="24"/>
        </w:rPr>
        <w:t>Wave–Particle Duality</w:t>
      </w:r>
      <w:r w:rsidRPr="00E0078A">
        <w:rPr>
          <w:rFonts w:ascii="Times New Roman" w:hAnsi="Times New Roman" w:cs="Times New Roman"/>
          <w:sz w:val="24"/>
          <w:szCs w:val="24"/>
          <w:lang w:val="kk-KZ"/>
        </w:rPr>
        <w:t xml:space="preserve">. </w:t>
      </w:r>
      <w:r w:rsidRPr="00E0078A">
        <w:rPr>
          <w:rFonts w:ascii="Times New Roman" w:hAnsi="Times New Roman" w:cs="Times New Roman"/>
          <w:sz w:val="24"/>
          <w:szCs w:val="24"/>
        </w:rPr>
        <w:t>Particles such as electrons exhibit both wave-like and particle-like behavior.</w:t>
      </w:r>
      <w:r w:rsidRPr="00E0078A">
        <w:rPr>
          <w:rFonts w:ascii="Times New Roman" w:hAnsi="Times New Roman" w:cs="Times New Roman"/>
          <w:sz w:val="24"/>
          <w:szCs w:val="24"/>
          <w:lang w:val="kk-KZ"/>
        </w:rPr>
        <w:t xml:space="preserve"> </w:t>
      </w:r>
      <w:r w:rsidRPr="00E0078A">
        <w:rPr>
          <w:rFonts w:ascii="Times New Roman" w:hAnsi="Times New Roman" w:cs="Times New Roman"/>
          <w:sz w:val="24"/>
          <w:szCs w:val="24"/>
        </w:rPr>
        <w:t>Experiments like the double-slit experiment show that electrons create interference patterns, a signature of waves. Yet they also strike detectors as individual particles. Light behaves the same way, sometimes acting as a wave and sometimes as a photon.</w:t>
      </w:r>
    </w:p>
    <w:p w14:paraId="67304F3A" w14:textId="53A0E855" w:rsidR="00E0078A" w:rsidRDefault="00E0078A" w:rsidP="00A60FBC">
      <w:pPr>
        <w:pStyle w:val="ae"/>
        <w:numPr>
          <w:ilvl w:val="0"/>
          <w:numId w:val="11"/>
        </w:numPr>
        <w:tabs>
          <w:tab w:val="left" w:pos="993"/>
        </w:tabs>
        <w:spacing w:after="0" w:line="240" w:lineRule="auto"/>
        <w:ind w:left="0" w:firstLine="709"/>
        <w:jc w:val="both"/>
        <w:rPr>
          <w:rFonts w:ascii="Times New Roman" w:hAnsi="Times New Roman" w:cs="Times New Roman"/>
          <w:sz w:val="24"/>
          <w:szCs w:val="24"/>
        </w:rPr>
      </w:pPr>
      <w:r w:rsidRPr="00B53AEA">
        <w:rPr>
          <w:rFonts w:ascii="Times New Roman" w:hAnsi="Times New Roman" w:cs="Times New Roman"/>
          <w:sz w:val="24"/>
          <w:szCs w:val="24"/>
        </w:rPr>
        <w:t>Uncertainty Principle</w:t>
      </w:r>
      <w:r w:rsidRPr="00B53AEA">
        <w:rPr>
          <w:rFonts w:ascii="Times New Roman" w:hAnsi="Times New Roman" w:cs="Times New Roman"/>
          <w:sz w:val="24"/>
          <w:szCs w:val="24"/>
          <w:lang w:val="kk-KZ"/>
        </w:rPr>
        <w:t xml:space="preserve">. </w:t>
      </w:r>
      <w:r w:rsidRPr="00B53AEA">
        <w:rPr>
          <w:rFonts w:ascii="Times New Roman" w:hAnsi="Times New Roman" w:cs="Times New Roman"/>
          <w:sz w:val="24"/>
          <w:szCs w:val="24"/>
        </w:rPr>
        <w:t>Proposed by Werner Heisenberg, the uncertainty principle states that certain pairs of physical quantities—such as position and momentum—cannot be measured precisely at the same time.</w:t>
      </w:r>
      <w:r w:rsidRPr="00B53AEA">
        <w:rPr>
          <w:rFonts w:ascii="Times New Roman" w:hAnsi="Times New Roman" w:cs="Times New Roman"/>
          <w:sz w:val="24"/>
          <w:szCs w:val="24"/>
          <w:lang w:val="kk-KZ"/>
        </w:rPr>
        <w:t xml:space="preserve"> </w:t>
      </w:r>
      <w:r w:rsidRPr="00B53AEA">
        <w:rPr>
          <w:rFonts w:ascii="Times New Roman" w:hAnsi="Times New Roman" w:cs="Times New Roman"/>
          <w:sz w:val="24"/>
          <w:szCs w:val="24"/>
        </w:rPr>
        <w:t>This is not a technological limitation but a fundamental property of nature, reflecting the probabilistic character of quantum systems.</w:t>
      </w:r>
    </w:p>
    <w:p w14:paraId="59EFB5D4" w14:textId="4CA2ACFC" w:rsidR="00E0078A" w:rsidRDefault="00E0078A" w:rsidP="00A60FBC">
      <w:pPr>
        <w:pStyle w:val="ae"/>
        <w:numPr>
          <w:ilvl w:val="0"/>
          <w:numId w:val="11"/>
        </w:numPr>
        <w:tabs>
          <w:tab w:val="left" w:pos="993"/>
        </w:tabs>
        <w:spacing w:after="0" w:line="240" w:lineRule="auto"/>
        <w:ind w:left="0" w:firstLine="709"/>
        <w:jc w:val="both"/>
        <w:rPr>
          <w:rFonts w:ascii="Times New Roman" w:hAnsi="Times New Roman" w:cs="Times New Roman"/>
          <w:sz w:val="24"/>
          <w:szCs w:val="24"/>
        </w:rPr>
      </w:pPr>
      <w:r w:rsidRPr="00B53AEA">
        <w:rPr>
          <w:rFonts w:ascii="Times New Roman" w:hAnsi="Times New Roman" w:cs="Times New Roman"/>
          <w:sz w:val="24"/>
          <w:szCs w:val="24"/>
        </w:rPr>
        <w:t>Quantization of Energy</w:t>
      </w:r>
      <w:r w:rsidRPr="00B53AEA">
        <w:rPr>
          <w:rFonts w:ascii="Times New Roman" w:hAnsi="Times New Roman" w:cs="Times New Roman"/>
          <w:sz w:val="24"/>
          <w:szCs w:val="24"/>
          <w:lang w:val="kk-KZ"/>
        </w:rPr>
        <w:t xml:space="preserve">. </w:t>
      </w:r>
      <w:r w:rsidRPr="00B53AEA">
        <w:rPr>
          <w:rFonts w:ascii="Times New Roman" w:hAnsi="Times New Roman" w:cs="Times New Roman"/>
          <w:sz w:val="24"/>
          <w:szCs w:val="24"/>
        </w:rPr>
        <w:t>In quantum mechanics, electrons in atoms can only occupy specific energy levels. They cannot exist between these levels. When an electron moves from one energy state to another, it absorbs or emits a photon whose energy matches the difference between the two levels.</w:t>
      </w:r>
    </w:p>
    <w:p w14:paraId="252AF570" w14:textId="77777777" w:rsidR="00B53AEA" w:rsidRDefault="00E0078A" w:rsidP="00A60FBC">
      <w:pPr>
        <w:pStyle w:val="ae"/>
        <w:numPr>
          <w:ilvl w:val="0"/>
          <w:numId w:val="11"/>
        </w:numPr>
        <w:tabs>
          <w:tab w:val="left" w:pos="993"/>
        </w:tabs>
        <w:spacing w:after="0" w:line="240" w:lineRule="auto"/>
        <w:ind w:left="0" w:firstLine="709"/>
        <w:jc w:val="both"/>
        <w:rPr>
          <w:rFonts w:ascii="Times New Roman" w:hAnsi="Times New Roman" w:cs="Times New Roman"/>
          <w:sz w:val="24"/>
          <w:szCs w:val="24"/>
        </w:rPr>
      </w:pPr>
      <w:r w:rsidRPr="00B53AEA">
        <w:rPr>
          <w:rFonts w:ascii="Times New Roman" w:hAnsi="Times New Roman" w:cs="Times New Roman"/>
          <w:sz w:val="24"/>
          <w:szCs w:val="24"/>
        </w:rPr>
        <w:t>Superposition</w:t>
      </w:r>
      <w:r w:rsidRPr="00B53AEA">
        <w:rPr>
          <w:rFonts w:ascii="Times New Roman" w:hAnsi="Times New Roman" w:cs="Times New Roman"/>
          <w:sz w:val="24"/>
          <w:szCs w:val="24"/>
          <w:lang w:val="kk-KZ"/>
        </w:rPr>
        <w:t xml:space="preserve">. </w:t>
      </w:r>
      <w:r w:rsidRPr="00B53AEA">
        <w:rPr>
          <w:rFonts w:ascii="Times New Roman" w:hAnsi="Times New Roman" w:cs="Times New Roman"/>
          <w:sz w:val="24"/>
          <w:szCs w:val="24"/>
        </w:rPr>
        <w:t>Particles do not have definite states until measured. Instead, they exist in a combination, or superposition, of multiple possible states.</w:t>
      </w:r>
      <w:r w:rsidRPr="00B53AEA">
        <w:rPr>
          <w:rFonts w:ascii="Times New Roman" w:hAnsi="Times New Roman" w:cs="Times New Roman"/>
          <w:sz w:val="24"/>
          <w:szCs w:val="24"/>
          <w:lang w:val="kk-KZ"/>
        </w:rPr>
        <w:t xml:space="preserve"> </w:t>
      </w:r>
      <w:r w:rsidRPr="00B53AEA">
        <w:rPr>
          <w:rFonts w:ascii="Times New Roman" w:hAnsi="Times New Roman" w:cs="Times New Roman"/>
          <w:sz w:val="24"/>
          <w:szCs w:val="24"/>
        </w:rPr>
        <w:t>Schrödinger’s famous thought experiment with a cat illustrates this idea—until measured, the system simultaneously occupies multiple outcomes.</w:t>
      </w:r>
    </w:p>
    <w:p w14:paraId="167345A3" w14:textId="164D4EAA" w:rsidR="00E0078A" w:rsidRDefault="00E0078A" w:rsidP="00A60FBC">
      <w:pPr>
        <w:pStyle w:val="ae"/>
        <w:tabs>
          <w:tab w:val="left" w:pos="993"/>
        </w:tabs>
        <w:spacing w:after="0" w:line="240" w:lineRule="auto"/>
        <w:ind w:left="0" w:firstLine="709"/>
        <w:jc w:val="both"/>
        <w:rPr>
          <w:rFonts w:ascii="Times New Roman" w:hAnsi="Times New Roman" w:cs="Times New Roman"/>
          <w:sz w:val="24"/>
          <w:szCs w:val="24"/>
        </w:rPr>
      </w:pPr>
      <w:r w:rsidRPr="00B53AEA">
        <w:rPr>
          <w:rFonts w:ascii="Times New Roman" w:hAnsi="Times New Roman" w:cs="Times New Roman"/>
          <w:sz w:val="24"/>
          <w:szCs w:val="24"/>
        </w:rPr>
        <w:t>These principles define the non-intuitive but deeply accurate laws that govern the microscopic world.</w:t>
      </w:r>
    </w:p>
    <w:p w14:paraId="2ECF7D2A" w14:textId="77777777" w:rsidR="00B53AEA" w:rsidRPr="00B53AEA" w:rsidRDefault="00B53AEA" w:rsidP="00A60FBC">
      <w:pPr>
        <w:pStyle w:val="ae"/>
        <w:tabs>
          <w:tab w:val="left" w:pos="993"/>
        </w:tabs>
        <w:spacing w:after="0" w:line="240" w:lineRule="auto"/>
        <w:ind w:left="0" w:firstLine="709"/>
        <w:jc w:val="both"/>
        <w:rPr>
          <w:rFonts w:ascii="Times New Roman" w:hAnsi="Times New Roman" w:cs="Times New Roman"/>
          <w:sz w:val="24"/>
          <w:szCs w:val="24"/>
        </w:rPr>
      </w:pPr>
    </w:p>
    <w:p w14:paraId="5F4349F7" w14:textId="77777777" w:rsidR="00E0078A" w:rsidRPr="00E0078A" w:rsidRDefault="00E0078A" w:rsidP="00A60FBC">
      <w:pPr>
        <w:pStyle w:val="1"/>
        <w:spacing w:before="0" w:line="240" w:lineRule="auto"/>
        <w:jc w:val="both"/>
        <w:rPr>
          <w:rFonts w:ascii="Times New Roman" w:hAnsi="Times New Roman" w:cs="Times New Roman"/>
          <w:b w:val="0"/>
          <w:bCs w:val="0"/>
          <w:color w:val="auto"/>
          <w:sz w:val="24"/>
          <w:szCs w:val="24"/>
        </w:rPr>
      </w:pPr>
    </w:p>
    <w:p w14:paraId="33797B12" w14:textId="77777777" w:rsidR="00E0078A" w:rsidRPr="00E0078A" w:rsidRDefault="00E0078A" w:rsidP="00A60FBC">
      <w:pPr>
        <w:pStyle w:val="1"/>
        <w:spacing w:before="0" w:line="240" w:lineRule="auto"/>
        <w:ind w:firstLine="709"/>
        <w:jc w:val="both"/>
        <w:rPr>
          <w:rFonts w:ascii="Times New Roman" w:hAnsi="Times New Roman" w:cs="Times New Roman"/>
          <w:i/>
          <w:iCs/>
          <w:color w:val="auto"/>
          <w:sz w:val="24"/>
          <w:szCs w:val="24"/>
        </w:rPr>
      </w:pPr>
      <w:r w:rsidRPr="00E0078A">
        <w:rPr>
          <w:rFonts w:ascii="Times New Roman" w:hAnsi="Times New Roman" w:cs="Times New Roman"/>
          <w:i/>
          <w:iCs/>
          <w:color w:val="auto"/>
          <w:sz w:val="24"/>
          <w:szCs w:val="24"/>
        </w:rPr>
        <w:t>Atomic Structure</w:t>
      </w:r>
    </w:p>
    <w:p w14:paraId="59A2B646" w14:textId="675712AB" w:rsidR="00B53AEA" w:rsidRPr="00B53AEA" w:rsidRDefault="00B53AEA" w:rsidP="00A60FBC">
      <w:pPr>
        <w:pStyle w:val="1"/>
        <w:spacing w:before="0" w:line="240" w:lineRule="auto"/>
        <w:ind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Atomic physics examines the structure and behavior of atoms, the fundamental units of matter. The nucleus lies at the center of the atom and contains protons and neutrons, collectively known as nucleons.</w:t>
      </w:r>
      <w:r>
        <w:rPr>
          <w:rFonts w:ascii="Times New Roman" w:hAnsi="Times New Roman" w:cs="Times New Roman"/>
          <w:b w:val="0"/>
          <w:bCs w:val="0"/>
          <w:color w:val="auto"/>
          <w:sz w:val="24"/>
          <w:szCs w:val="24"/>
          <w:lang w:val="kk-KZ"/>
        </w:rPr>
        <w:t xml:space="preserve"> </w:t>
      </w:r>
      <w:r w:rsidRPr="00B53AEA">
        <w:rPr>
          <w:rFonts w:ascii="Times New Roman" w:hAnsi="Times New Roman" w:cs="Times New Roman"/>
          <w:b w:val="0"/>
          <w:bCs w:val="0"/>
          <w:color w:val="auto"/>
          <w:sz w:val="24"/>
          <w:szCs w:val="24"/>
        </w:rPr>
        <w:t>Protons carry a positive electric charge.</w:t>
      </w:r>
      <w:r>
        <w:rPr>
          <w:rFonts w:ascii="Times New Roman" w:hAnsi="Times New Roman" w:cs="Times New Roman"/>
          <w:b w:val="0"/>
          <w:bCs w:val="0"/>
          <w:color w:val="auto"/>
          <w:sz w:val="24"/>
          <w:szCs w:val="24"/>
          <w:lang w:val="kk-KZ"/>
        </w:rPr>
        <w:t xml:space="preserve"> </w:t>
      </w:r>
      <w:r w:rsidRPr="00B53AEA">
        <w:rPr>
          <w:rFonts w:ascii="Times New Roman" w:hAnsi="Times New Roman" w:cs="Times New Roman"/>
          <w:b w:val="0"/>
          <w:bCs w:val="0"/>
          <w:color w:val="auto"/>
          <w:sz w:val="24"/>
          <w:szCs w:val="24"/>
        </w:rPr>
        <w:t>Neutrons are neutral but add mass and contribute to nuclear stability.</w:t>
      </w:r>
      <w:r>
        <w:rPr>
          <w:rFonts w:ascii="Times New Roman" w:hAnsi="Times New Roman" w:cs="Times New Roman"/>
          <w:b w:val="0"/>
          <w:bCs w:val="0"/>
          <w:color w:val="auto"/>
          <w:sz w:val="24"/>
          <w:szCs w:val="24"/>
          <w:lang w:val="kk-KZ"/>
        </w:rPr>
        <w:t xml:space="preserve"> </w:t>
      </w:r>
      <w:r w:rsidRPr="00B53AEA">
        <w:rPr>
          <w:rFonts w:ascii="Times New Roman" w:hAnsi="Times New Roman" w:cs="Times New Roman"/>
          <w:b w:val="0"/>
          <w:bCs w:val="0"/>
          <w:color w:val="auto"/>
          <w:sz w:val="24"/>
          <w:szCs w:val="24"/>
        </w:rPr>
        <w:t>The nucleus is responsible for nearly all of the atom’s mass, even though it occupies only a tiny fraction of the atom’s volume. Nuclear forces—much stronger than electromagnetic forces—keep the nucleus tightly bound. Variations in the number of neutrons lead to isotopes, which have identical chemical behavior but different nuclear properties.</w:t>
      </w:r>
      <w:r>
        <w:rPr>
          <w:rFonts w:ascii="Times New Roman" w:hAnsi="Times New Roman" w:cs="Times New Roman"/>
          <w:b w:val="0"/>
          <w:bCs w:val="0"/>
          <w:color w:val="auto"/>
          <w:sz w:val="24"/>
          <w:szCs w:val="24"/>
          <w:lang w:val="kk-KZ"/>
        </w:rPr>
        <w:t xml:space="preserve"> </w:t>
      </w:r>
      <w:r w:rsidRPr="00B53AEA">
        <w:rPr>
          <w:rFonts w:ascii="Times New Roman" w:hAnsi="Times New Roman" w:cs="Times New Roman"/>
          <w:b w:val="0"/>
          <w:bCs w:val="0"/>
          <w:color w:val="auto"/>
          <w:sz w:val="24"/>
          <w:szCs w:val="24"/>
        </w:rPr>
        <w:t>Electrons are negatively charged particles that occupy the regions surrounding the nucleus. Their behavior cannot be described using classical mechanics; instead, electrons obey the principles of wave mechanics. They do not follow fixed circular paths like planets around the Sun. Instead, they exist in electron orbitals, which are regions of space where electrons are most likely to be found.</w:t>
      </w:r>
      <w:r>
        <w:rPr>
          <w:rFonts w:ascii="Times New Roman" w:hAnsi="Times New Roman" w:cs="Times New Roman"/>
          <w:b w:val="0"/>
          <w:bCs w:val="0"/>
          <w:color w:val="auto"/>
          <w:sz w:val="24"/>
          <w:szCs w:val="24"/>
          <w:lang w:val="kk-KZ"/>
        </w:rPr>
        <w:t xml:space="preserve"> </w:t>
      </w:r>
      <w:r w:rsidRPr="00B53AEA">
        <w:rPr>
          <w:rFonts w:ascii="Times New Roman" w:hAnsi="Times New Roman" w:cs="Times New Roman"/>
          <w:b w:val="0"/>
          <w:bCs w:val="0"/>
          <w:color w:val="auto"/>
          <w:sz w:val="24"/>
          <w:szCs w:val="24"/>
        </w:rPr>
        <w:t>Because electrons are so light, they contribute very little to the atom’s mass, but they determine nearly all chemical and optical properties. Their arrangement around the nucleus dictates how atoms bond, react, absorb light, or conduct electricity.</w:t>
      </w:r>
    </w:p>
    <w:p w14:paraId="4E1C1755" w14:textId="77777777" w:rsidR="00B53AEA" w:rsidRPr="00B53AEA" w:rsidRDefault="00B53AEA" w:rsidP="00A60FBC">
      <w:pPr>
        <w:pStyle w:val="1"/>
        <w:spacing w:before="0" w:line="240" w:lineRule="auto"/>
        <w:ind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Electrons occupy quantized energy levels, meaning they can only exist in specific allowed states. These levels are described by four quantum numbers:</w:t>
      </w:r>
    </w:p>
    <w:p w14:paraId="77C42867" w14:textId="77777777" w:rsidR="00B53AEA" w:rsidRPr="00B53AEA" w:rsidRDefault="00B53AEA" w:rsidP="00A60FBC">
      <w:pPr>
        <w:pStyle w:val="1"/>
        <w:numPr>
          <w:ilvl w:val="0"/>
          <w:numId w:val="17"/>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n (principal quantum number) – determines the energy level and approximate size of the electron cloud.</w:t>
      </w:r>
    </w:p>
    <w:p w14:paraId="5F81404D" w14:textId="77777777" w:rsidR="00B53AEA" w:rsidRPr="00B53AEA" w:rsidRDefault="00B53AEA" w:rsidP="00A60FBC">
      <w:pPr>
        <w:pStyle w:val="1"/>
        <w:numPr>
          <w:ilvl w:val="0"/>
          <w:numId w:val="17"/>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l (azimuthal quantum number) – determines the shape of the orbital (s, p, d, f).</w:t>
      </w:r>
    </w:p>
    <w:p w14:paraId="3F8599E9" w14:textId="77777777" w:rsidR="00B53AEA" w:rsidRPr="00B53AEA" w:rsidRDefault="00B53AEA" w:rsidP="00A60FBC">
      <w:pPr>
        <w:pStyle w:val="1"/>
        <w:numPr>
          <w:ilvl w:val="0"/>
          <w:numId w:val="17"/>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m (magnetic quantum number) – specifies the orientation of the orbital in space.</w:t>
      </w:r>
    </w:p>
    <w:p w14:paraId="38CB19FB" w14:textId="77777777" w:rsidR="00B53AEA" w:rsidRPr="00B53AEA" w:rsidRDefault="00B53AEA" w:rsidP="00A60FBC">
      <w:pPr>
        <w:pStyle w:val="1"/>
        <w:numPr>
          <w:ilvl w:val="0"/>
          <w:numId w:val="17"/>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s (spin quantum number) – represents the intrinsic angular momentum of the electron.</w:t>
      </w:r>
    </w:p>
    <w:p w14:paraId="76C2E135" w14:textId="5F383540" w:rsidR="00B53AEA" w:rsidRPr="00B53AEA" w:rsidRDefault="00B53AEA" w:rsidP="00A60FBC">
      <w:pPr>
        <w:pStyle w:val="1"/>
        <w:spacing w:before="0" w:line="240" w:lineRule="auto"/>
        <w:ind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Electrons transition between these energy levels by absorbing or emitting photons whose energies exactly match the difference between the levels. This mechanism explains atomic emission and absorption spectra—unique “fingerprints” used to identify elements in laboratories, stars, and interstellar space.</w:t>
      </w:r>
    </w:p>
    <w:p w14:paraId="2D46B893" w14:textId="77777777" w:rsidR="00B53AEA" w:rsidRPr="00B53AEA" w:rsidRDefault="00B53AEA" w:rsidP="00A60FBC">
      <w:pPr>
        <w:pStyle w:val="1"/>
        <w:spacing w:before="0" w:line="240" w:lineRule="auto"/>
        <w:ind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Electron orbitals are not physical orbits but probability clouds derived from solutions of the Schrödinger equation. These clouds represent the likelihood of finding an electron in a particular region. Each orbital type has a characteristic shape:</w:t>
      </w:r>
    </w:p>
    <w:p w14:paraId="2A927EB8" w14:textId="77777777" w:rsidR="00B53AEA" w:rsidRPr="00B53AEA" w:rsidRDefault="00B53AEA" w:rsidP="00A60FBC">
      <w:pPr>
        <w:pStyle w:val="1"/>
        <w:numPr>
          <w:ilvl w:val="0"/>
          <w:numId w:val="18"/>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s-orbitals – spherical</w:t>
      </w:r>
    </w:p>
    <w:p w14:paraId="0DC40271" w14:textId="77777777" w:rsidR="00B53AEA" w:rsidRPr="00B53AEA" w:rsidRDefault="00B53AEA" w:rsidP="00A60FBC">
      <w:pPr>
        <w:pStyle w:val="1"/>
        <w:numPr>
          <w:ilvl w:val="0"/>
          <w:numId w:val="18"/>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p-orbitals – dumbbell-shaped</w:t>
      </w:r>
    </w:p>
    <w:p w14:paraId="5CFFFC56" w14:textId="77777777" w:rsidR="00B53AEA" w:rsidRPr="00B53AEA" w:rsidRDefault="00B53AEA" w:rsidP="00A60FBC">
      <w:pPr>
        <w:pStyle w:val="1"/>
        <w:numPr>
          <w:ilvl w:val="0"/>
          <w:numId w:val="18"/>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d-orbitals – cloverleaf patterns</w:t>
      </w:r>
    </w:p>
    <w:p w14:paraId="4B7ABC8F" w14:textId="77777777" w:rsidR="00B53AEA" w:rsidRPr="00B53AEA" w:rsidRDefault="00B53AEA" w:rsidP="00A60FBC">
      <w:pPr>
        <w:pStyle w:val="1"/>
        <w:numPr>
          <w:ilvl w:val="0"/>
          <w:numId w:val="18"/>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f-orbitals – more complex, multi-lobed shapes</w:t>
      </w:r>
    </w:p>
    <w:p w14:paraId="1483C9C4" w14:textId="77777777" w:rsidR="00B53AEA" w:rsidRDefault="00B53AEA" w:rsidP="00A60FBC">
      <w:pPr>
        <w:pStyle w:val="1"/>
        <w:spacing w:before="0" w:line="240" w:lineRule="auto"/>
        <w:ind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These shapes arise from the wave-like nature of electrons and play a central role in chemical bonding and molecular geometry. For example, the orientation of p-orbitals determines the directionality of covalent bonds, while d-orbitals explain transition metal chemistry and the colors of many compounds.</w:t>
      </w:r>
    </w:p>
    <w:p w14:paraId="6B644D48" w14:textId="718849CA" w:rsidR="00B53AEA" w:rsidRPr="00B53AEA" w:rsidRDefault="00B53AEA" w:rsidP="00A60FBC">
      <w:pPr>
        <w:pStyle w:val="1"/>
        <w:spacing w:before="0" w:line="240" w:lineRule="auto"/>
        <w:ind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lastRenderedPageBreak/>
        <w:t>Quantum mechanics provides a profoundly different view of atomic structure compared to classical models. Instead of viewing electrons as point particles following predictable paths, the quantum model describes them as wave functions spread over space. Their behavior is inherently probabilistic. The atom becomes a dynamic, structured probability distribution shaped by fundamental physical laws.</w:t>
      </w:r>
    </w:p>
    <w:p w14:paraId="01F5A70A" w14:textId="77777777" w:rsidR="00B53AEA" w:rsidRPr="00B53AEA" w:rsidRDefault="00B53AEA" w:rsidP="00A60FBC">
      <w:pPr>
        <w:pStyle w:val="1"/>
        <w:spacing w:before="0" w:line="240" w:lineRule="auto"/>
        <w:ind w:firstLine="709"/>
        <w:jc w:val="both"/>
        <w:rPr>
          <w:rFonts w:ascii="Times New Roman" w:hAnsi="Times New Roman" w:cs="Times New Roman"/>
          <w:b w:val="0"/>
          <w:bCs w:val="0"/>
          <w:color w:val="auto"/>
          <w:sz w:val="24"/>
          <w:szCs w:val="24"/>
        </w:rPr>
      </w:pPr>
    </w:p>
    <w:p w14:paraId="04909D59" w14:textId="77777777" w:rsidR="00A60FBC" w:rsidRDefault="00E0078A" w:rsidP="00A60FBC">
      <w:pPr>
        <w:pStyle w:val="1"/>
        <w:spacing w:before="0" w:line="240" w:lineRule="auto"/>
        <w:ind w:firstLine="709"/>
        <w:jc w:val="both"/>
        <w:rPr>
          <w:rFonts w:ascii="Times New Roman" w:hAnsi="Times New Roman" w:cs="Times New Roman"/>
          <w:color w:val="auto"/>
          <w:sz w:val="24"/>
          <w:szCs w:val="24"/>
        </w:rPr>
      </w:pPr>
      <w:r w:rsidRPr="00E0078A">
        <w:rPr>
          <w:rFonts w:ascii="Times New Roman" w:hAnsi="Times New Roman" w:cs="Times New Roman"/>
          <w:color w:val="auto"/>
          <w:sz w:val="24"/>
          <w:szCs w:val="24"/>
        </w:rPr>
        <w:t>Quantum Mechanical Models of the Atom</w:t>
      </w:r>
    </w:p>
    <w:p w14:paraId="3E61FD5E" w14:textId="77777777" w:rsidR="00A60FBC" w:rsidRDefault="00B53AEA" w:rsidP="00A60FBC">
      <w:pPr>
        <w:pStyle w:val="1"/>
        <w:spacing w:before="0" w:line="240" w:lineRule="auto"/>
        <w:ind w:firstLine="709"/>
        <w:jc w:val="both"/>
        <w:rPr>
          <w:rFonts w:ascii="Times New Roman" w:hAnsi="Times New Roman" w:cs="Times New Roman"/>
          <w:color w:val="auto"/>
          <w:sz w:val="24"/>
          <w:szCs w:val="24"/>
        </w:rPr>
      </w:pPr>
      <w:r w:rsidRPr="00B53AEA">
        <w:rPr>
          <w:rFonts w:ascii="Times New Roman" w:hAnsi="Times New Roman" w:cs="Times New Roman"/>
          <w:b w:val="0"/>
          <w:bCs w:val="0"/>
          <w:color w:val="auto"/>
          <w:sz w:val="24"/>
          <w:szCs w:val="24"/>
        </w:rPr>
        <w:t>Throughout the development of modern physics, several theoretical models have been proposed to explain the structure and behavior of atoms. Each model reflects the scientific understanding of its time and contributes to the evolution of atomic theory. While early models captured only limited features, more advanced quantum mechanical approaches provide a complete and accurate description of atomic structure, energy levels, and electron behavior.</w:t>
      </w:r>
    </w:p>
    <w:p w14:paraId="5D008E3B" w14:textId="2311E029" w:rsidR="00B53AEA" w:rsidRPr="00A60FBC" w:rsidRDefault="00B53AEA" w:rsidP="00A60FBC">
      <w:pPr>
        <w:pStyle w:val="1"/>
        <w:spacing w:before="0" w:line="240" w:lineRule="auto"/>
        <w:ind w:firstLine="709"/>
        <w:jc w:val="both"/>
        <w:rPr>
          <w:rFonts w:ascii="Times New Roman" w:hAnsi="Times New Roman" w:cs="Times New Roman"/>
          <w:color w:val="auto"/>
          <w:sz w:val="24"/>
          <w:szCs w:val="24"/>
        </w:rPr>
      </w:pPr>
      <w:r w:rsidRPr="00B53AEA">
        <w:rPr>
          <w:rFonts w:ascii="Times New Roman" w:hAnsi="Times New Roman" w:cs="Times New Roman"/>
          <w:b w:val="0"/>
          <w:bCs w:val="0"/>
          <w:color w:val="auto"/>
          <w:sz w:val="24"/>
          <w:szCs w:val="24"/>
        </w:rPr>
        <w:t>One of the earliest successful models of the atom was proposed by Niels Bohr in 1913. The Bohr model was revolutionary because it introduced the idea of quantized energy levels for electrons. According to this model:</w:t>
      </w:r>
    </w:p>
    <w:p w14:paraId="0F07A61E" w14:textId="1D6B9FAE" w:rsidR="00B53AEA" w:rsidRPr="00A60FBC" w:rsidRDefault="00B53AEA" w:rsidP="00A60FBC">
      <w:pPr>
        <w:pStyle w:val="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Electrons travel in fixed circular orbits around the nucleus.</w:t>
      </w:r>
    </w:p>
    <w:p w14:paraId="4936417B" w14:textId="46017324" w:rsidR="00B53AEA" w:rsidRPr="00A60FBC" w:rsidRDefault="00B53AEA" w:rsidP="00A60FBC">
      <w:pPr>
        <w:pStyle w:val="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Each orbit corresponds to a specific energy level.</w:t>
      </w:r>
    </w:p>
    <w:p w14:paraId="21376933" w14:textId="5475B57F" w:rsidR="00B53AEA" w:rsidRPr="00A60FBC" w:rsidRDefault="00B53AEA" w:rsidP="00A60FBC">
      <w:pPr>
        <w:pStyle w:val="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Electrons can transition between these levels by absorbing or emitting photons with energy equal to the difference between the levels.</w:t>
      </w:r>
    </w:p>
    <w:p w14:paraId="68662402" w14:textId="2A4F05F5" w:rsidR="00B53AEA" w:rsidRPr="00A60FBC" w:rsidRDefault="00B53AEA" w:rsidP="00A60FBC">
      <w:pPr>
        <w:pStyle w:val="1"/>
        <w:tabs>
          <w:tab w:val="left" w:pos="851"/>
        </w:tabs>
        <w:spacing w:before="0" w:line="240" w:lineRule="auto"/>
        <w:ind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This model successfully explained the emission spectrum of hydrogen, particularly the Balmer series, where distinct wavelengths of light correspond to quantized transitions between electron orbits.</w:t>
      </w:r>
      <w:r w:rsidR="00A60FBC">
        <w:rPr>
          <w:rFonts w:ascii="Times New Roman" w:hAnsi="Times New Roman" w:cs="Times New Roman"/>
          <w:b w:val="0"/>
          <w:bCs w:val="0"/>
          <w:color w:val="auto"/>
          <w:sz w:val="24"/>
          <w:szCs w:val="24"/>
          <w:lang w:val="kk-KZ"/>
        </w:rPr>
        <w:t xml:space="preserve"> </w:t>
      </w:r>
      <w:r w:rsidRPr="00B53AEA">
        <w:rPr>
          <w:rFonts w:ascii="Times New Roman" w:hAnsi="Times New Roman" w:cs="Times New Roman"/>
          <w:b w:val="0"/>
          <w:bCs w:val="0"/>
          <w:color w:val="auto"/>
          <w:sz w:val="24"/>
          <w:szCs w:val="24"/>
        </w:rPr>
        <w:t>However, the Bohr model has limitations. It works well only for hydrogen or hydrogen-like ions with one electron. It cannot accurately describe atoms with multiple electrons, nor can it explain fine-structure effects, chemical bonding, or electron–electron interactions. Despite these limitations, the Bohr model is historically important because it was the first to introduce quantization into atomic physics.</w:t>
      </w:r>
    </w:p>
    <w:p w14:paraId="52AA3BEF" w14:textId="5AB30BE1" w:rsidR="00B53AEA" w:rsidRPr="00A60FBC" w:rsidRDefault="00B53AEA" w:rsidP="00A60FBC">
      <w:pPr>
        <w:pStyle w:val="1"/>
        <w:tabs>
          <w:tab w:val="left" w:pos="993"/>
        </w:tabs>
        <w:spacing w:before="0" w:line="240" w:lineRule="auto"/>
        <w:ind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The modern quantum mechanical model provides a far more accurate and complete description of atomic structure. Instead of treating electrons as particles moving in fixed orbits, quantum mechanics describes them as wave functions—mathematical expressions that encode the probability of finding an electron in a particular region of space.</w:t>
      </w:r>
      <w:r w:rsidR="00A60FBC">
        <w:rPr>
          <w:rFonts w:ascii="Times New Roman" w:hAnsi="Times New Roman" w:cs="Times New Roman"/>
          <w:b w:val="0"/>
          <w:bCs w:val="0"/>
          <w:color w:val="auto"/>
          <w:sz w:val="24"/>
          <w:szCs w:val="24"/>
          <w:lang w:val="kk-KZ"/>
        </w:rPr>
        <w:t xml:space="preserve"> </w:t>
      </w:r>
      <w:r w:rsidRPr="00A60FBC">
        <w:rPr>
          <w:rFonts w:ascii="Times New Roman" w:hAnsi="Times New Roman" w:cs="Times New Roman"/>
          <w:b w:val="0"/>
          <w:bCs w:val="0"/>
          <w:color w:val="auto"/>
          <w:sz w:val="24"/>
          <w:szCs w:val="24"/>
        </w:rPr>
        <w:t>Key features of the quantum mechanical model include:</w:t>
      </w:r>
    </w:p>
    <w:p w14:paraId="51190B7A" w14:textId="20E7DF25" w:rsidR="00B53AEA" w:rsidRPr="00A60FBC" w:rsidRDefault="00B53AEA" w:rsidP="00A60FBC">
      <w:pPr>
        <w:pStyle w:val="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Electrons occupy orbitals, not orbits. Orbitals are three-dimensional probability clouds with specific shapes (s, p, d, f).</w:t>
      </w:r>
    </w:p>
    <w:p w14:paraId="76954CC4" w14:textId="7A9997AA" w:rsidR="00B53AEA" w:rsidRPr="00A60FBC" w:rsidRDefault="00B53AEA" w:rsidP="00A60FBC">
      <w:pPr>
        <w:pStyle w:val="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The position of an electron cannot be known exactly; only the probability distribution can be determined (Heisenberg’s uncertainty principle).</w:t>
      </w:r>
    </w:p>
    <w:p w14:paraId="4A90E64E" w14:textId="607384D4" w:rsidR="00B53AEA" w:rsidRPr="00A60FBC" w:rsidRDefault="00B53AEA" w:rsidP="00A60FBC">
      <w:pPr>
        <w:pStyle w:val="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Electrons possess intrinsic angular momentum called spin, which contributes to the magnetic and spectroscopic properties of atoms.</w:t>
      </w:r>
    </w:p>
    <w:p w14:paraId="0CAD647A" w14:textId="77777777" w:rsidR="00A60FBC" w:rsidRDefault="00B53AEA" w:rsidP="00A60FBC">
      <w:pPr>
        <w:pStyle w:val="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The energy levels of electrons are determined by solutions to the Schrödinger equation, producing quantized states that match observed spectra.</w:t>
      </w:r>
    </w:p>
    <w:p w14:paraId="317C3C79" w14:textId="4B26A3FB" w:rsidR="00B53AEA" w:rsidRPr="00A60FBC" w:rsidRDefault="00B53AEA" w:rsidP="00A60FBC">
      <w:pPr>
        <w:pStyle w:val="1"/>
        <w:tabs>
          <w:tab w:val="left" w:pos="993"/>
        </w:tabs>
        <w:spacing w:before="0" w:line="240" w:lineRule="auto"/>
        <w:ind w:firstLine="709"/>
        <w:jc w:val="both"/>
        <w:rPr>
          <w:rFonts w:ascii="Times New Roman" w:hAnsi="Times New Roman" w:cs="Times New Roman"/>
          <w:b w:val="0"/>
          <w:bCs w:val="0"/>
          <w:color w:val="auto"/>
          <w:sz w:val="24"/>
          <w:szCs w:val="24"/>
        </w:rPr>
      </w:pPr>
      <w:r w:rsidRPr="00A60FBC">
        <w:rPr>
          <w:rFonts w:ascii="Times New Roman" w:hAnsi="Times New Roman" w:cs="Times New Roman"/>
          <w:b w:val="0"/>
          <w:bCs w:val="0"/>
          <w:color w:val="auto"/>
          <w:sz w:val="24"/>
          <w:szCs w:val="24"/>
        </w:rPr>
        <w:t>This model accurately explains atomic spectra, chemical bonding, the structure of the periodic table, and many physical and chemical properties of elements. It also forms the foundation of modern chemistry, materials science, and electronic engineering.</w:t>
      </w:r>
    </w:p>
    <w:p w14:paraId="65EA4A41" w14:textId="436068D9" w:rsidR="00B53AEA" w:rsidRPr="00B53AEA" w:rsidRDefault="00B53AEA" w:rsidP="00A60FBC">
      <w:pPr>
        <w:pStyle w:val="1"/>
        <w:tabs>
          <w:tab w:val="left" w:pos="993"/>
        </w:tabs>
        <w:spacing w:before="0" w:line="240" w:lineRule="auto"/>
        <w:ind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lastRenderedPageBreak/>
        <w:t>The heart of quantum mechanical atomic theory is the Schrödinger equation, formulated by Erwin Schrödinger in 1926. This mathematical equation describes how the wave function of a particle evolves in space and time. For electrons in atoms, the time-independent Schrödinger equation allows physicists to determine:</w:t>
      </w:r>
    </w:p>
    <w:p w14:paraId="01A379AF" w14:textId="3A8886BB" w:rsidR="00B53AEA" w:rsidRPr="00A60FBC" w:rsidRDefault="00B53AEA" w:rsidP="00A60FBC">
      <w:pPr>
        <w:pStyle w:val="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Allowed energy levels</w:t>
      </w:r>
    </w:p>
    <w:p w14:paraId="0279E298" w14:textId="075CB4DF" w:rsidR="00B53AEA" w:rsidRPr="00A60FBC" w:rsidRDefault="00B53AEA" w:rsidP="00A60FBC">
      <w:pPr>
        <w:pStyle w:val="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Orbital shapes and their spatial distributions</w:t>
      </w:r>
    </w:p>
    <w:p w14:paraId="47D2B568" w14:textId="5F94F9BD" w:rsidR="00B53AEA" w:rsidRPr="00A60FBC" w:rsidRDefault="00B53AEA" w:rsidP="00A60FBC">
      <w:pPr>
        <w:pStyle w:val="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The probability density of electron positions</w:t>
      </w:r>
    </w:p>
    <w:p w14:paraId="2B20FFA7" w14:textId="5208CEE1" w:rsidR="00B53AEA" w:rsidRPr="00A60FBC" w:rsidRDefault="00B53AEA" w:rsidP="00A60FBC">
      <w:pPr>
        <w:pStyle w:val="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The quantized nature of atomic transitions</w:t>
      </w:r>
    </w:p>
    <w:p w14:paraId="2BFC6F6E" w14:textId="77777777" w:rsidR="00B53AEA" w:rsidRPr="00B53AEA" w:rsidRDefault="00B53AEA" w:rsidP="00A60FBC">
      <w:pPr>
        <w:pStyle w:val="1"/>
        <w:tabs>
          <w:tab w:val="left" w:pos="993"/>
        </w:tabs>
        <w:spacing w:before="0" w:line="240" w:lineRule="auto"/>
        <w:ind w:firstLine="709"/>
        <w:jc w:val="both"/>
        <w:rPr>
          <w:rFonts w:ascii="Times New Roman" w:hAnsi="Times New Roman" w:cs="Times New Roman"/>
          <w:b w:val="0"/>
          <w:bCs w:val="0"/>
          <w:color w:val="auto"/>
          <w:sz w:val="24"/>
          <w:szCs w:val="24"/>
        </w:rPr>
      </w:pPr>
      <w:r w:rsidRPr="00B53AEA">
        <w:rPr>
          <w:rFonts w:ascii="Times New Roman" w:hAnsi="Times New Roman" w:cs="Times New Roman"/>
          <w:b w:val="0"/>
          <w:bCs w:val="0"/>
          <w:color w:val="auto"/>
          <w:sz w:val="24"/>
          <w:szCs w:val="24"/>
        </w:rPr>
        <w:t>Solving the Schrödinger equation for the hydrogen atom perfectly reproduces the experimentally observed spectral lines. For more complex atoms, computational methods are used, but the underlying principles remain the same. The Schrödinger equation is therefore considered the cornerstone of modern atomic physics and quantum chemistry.</w:t>
      </w:r>
    </w:p>
    <w:p w14:paraId="3CE18FE6" w14:textId="77777777" w:rsidR="00E0078A" w:rsidRPr="00E0078A" w:rsidRDefault="00E0078A" w:rsidP="00A60FBC">
      <w:pPr>
        <w:pStyle w:val="1"/>
        <w:spacing w:before="0" w:line="240" w:lineRule="auto"/>
        <w:jc w:val="both"/>
        <w:rPr>
          <w:rFonts w:ascii="Times New Roman" w:hAnsi="Times New Roman" w:cs="Times New Roman"/>
          <w:b w:val="0"/>
          <w:bCs w:val="0"/>
          <w:color w:val="auto"/>
          <w:sz w:val="24"/>
          <w:szCs w:val="24"/>
        </w:rPr>
      </w:pPr>
    </w:p>
    <w:p w14:paraId="345A4645" w14:textId="77777777" w:rsidR="00E0078A" w:rsidRPr="00E0078A" w:rsidRDefault="00E0078A" w:rsidP="00A60FBC">
      <w:pPr>
        <w:pStyle w:val="1"/>
        <w:spacing w:before="0" w:line="240" w:lineRule="auto"/>
        <w:ind w:firstLine="709"/>
        <w:jc w:val="both"/>
        <w:rPr>
          <w:rFonts w:ascii="Times New Roman" w:hAnsi="Times New Roman" w:cs="Times New Roman"/>
          <w:i/>
          <w:iCs/>
          <w:color w:val="auto"/>
          <w:sz w:val="24"/>
          <w:szCs w:val="24"/>
        </w:rPr>
      </w:pPr>
      <w:r w:rsidRPr="00E0078A">
        <w:rPr>
          <w:rFonts w:ascii="Times New Roman" w:hAnsi="Times New Roman" w:cs="Times New Roman"/>
          <w:i/>
          <w:iCs/>
          <w:color w:val="auto"/>
          <w:sz w:val="24"/>
          <w:szCs w:val="24"/>
        </w:rPr>
        <w:t>Applications of Quantum Mechanics and Atomic Physics</w:t>
      </w:r>
    </w:p>
    <w:p w14:paraId="5A6E2871" w14:textId="77777777" w:rsidR="00E0078A" w:rsidRPr="00E0078A" w:rsidRDefault="00E0078A" w:rsidP="00A60FBC">
      <w:pPr>
        <w:pStyle w:val="1"/>
        <w:spacing w:before="0" w:line="240" w:lineRule="auto"/>
        <w:ind w:firstLine="709"/>
        <w:jc w:val="both"/>
        <w:rPr>
          <w:rFonts w:ascii="Times New Roman" w:hAnsi="Times New Roman" w:cs="Times New Roman"/>
          <w:b w:val="0"/>
          <w:bCs w:val="0"/>
          <w:color w:val="auto"/>
          <w:sz w:val="24"/>
          <w:szCs w:val="24"/>
        </w:rPr>
      </w:pPr>
      <w:r w:rsidRPr="00E0078A">
        <w:rPr>
          <w:rFonts w:ascii="Times New Roman" w:hAnsi="Times New Roman" w:cs="Times New Roman"/>
          <w:b w:val="0"/>
          <w:bCs w:val="0"/>
          <w:color w:val="auto"/>
          <w:sz w:val="24"/>
          <w:szCs w:val="24"/>
        </w:rPr>
        <w:t>Quantum mechanics is not just theoretical — it powers modern technology:</w:t>
      </w:r>
    </w:p>
    <w:p w14:paraId="29B589F9" w14:textId="4874FCF4" w:rsidR="00E0078A" w:rsidRPr="00062357" w:rsidRDefault="00E0078A" w:rsidP="00A60FBC">
      <w:pPr>
        <w:pStyle w:val="1"/>
        <w:numPr>
          <w:ilvl w:val="0"/>
          <w:numId w:val="15"/>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062357">
        <w:rPr>
          <w:rFonts w:ascii="Times New Roman" w:hAnsi="Times New Roman" w:cs="Times New Roman"/>
          <w:b w:val="0"/>
          <w:bCs w:val="0"/>
          <w:color w:val="auto"/>
          <w:sz w:val="24"/>
          <w:szCs w:val="24"/>
        </w:rPr>
        <w:t>Semiconductors and Electronics</w:t>
      </w:r>
      <w:r w:rsidR="00062357" w:rsidRPr="00062357">
        <w:rPr>
          <w:rFonts w:ascii="Times New Roman" w:hAnsi="Times New Roman" w:cs="Times New Roman"/>
          <w:b w:val="0"/>
          <w:bCs w:val="0"/>
          <w:color w:val="auto"/>
          <w:sz w:val="24"/>
          <w:szCs w:val="24"/>
          <w:lang w:val="kk-KZ"/>
        </w:rPr>
        <w:t xml:space="preserve">. </w:t>
      </w:r>
      <w:r w:rsidRPr="00062357">
        <w:rPr>
          <w:rFonts w:ascii="Times New Roman" w:hAnsi="Times New Roman" w:cs="Times New Roman"/>
          <w:b w:val="0"/>
          <w:bCs w:val="0"/>
          <w:color w:val="auto"/>
          <w:sz w:val="24"/>
          <w:szCs w:val="24"/>
        </w:rPr>
        <w:t>The behavior of electrons in crystals and semiconductors is governed entirely by quantum physics. Transistors, integrated circuits, and computer processors exist because of quantum principles.</w:t>
      </w:r>
    </w:p>
    <w:p w14:paraId="7D3115E0" w14:textId="009F7480" w:rsidR="00E0078A" w:rsidRPr="00062357" w:rsidRDefault="00E0078A" w:rsidP="00A60FBC">
      <w:pPr>
        <w:pStyle w:val="1"/>
        <w:numPr>
          <w:ilvl w:val="0"/>
          <w:numId w:val="15"/>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062357">
        <w:rPr>
          <w:rFonts w:ascii="Times New Roman" w:hAnsi="Times New Roman" w:cs="Times New Roman"/>
          <w:b w:val="0"/>
          <w:bCs w:val="0"/>
          <w:color w:val="auto"/>
          <w:sz w:val="24"/>
          <w:szCs w:val="24"/>
        </w:rPr>
        <w:t>Lasers</w:t>
      </w:r>
      <w:r w:rsidR="00062357" w:rsidRPr="00062357">
        <w:rPr>
          <w:rFonts w:ascii="Times New Roman" w:hAnsi="Times New Roman" w:cs="Times New Roman"/>
          <w:b w:val="0"/>
          <w:bCs w:val="0"/>
          <w:color w:val="auto"/>
          <w:sz w:val="24"/>
          <w:szCs w:val="24"/>
          <w:lang w:val="kk-KZ"/>
        </w:rPr>
        <w:t xml:space="preserve">. </w:t>
      </w:r>
      <w:r w:rsidRPr="00062357">
        <w:rPr>
          <w:rFonts w:ascii="Times New Roman" w:hAnsi="Times New Roman" w:cs="Times New Roman"/>
          <w:b w:val="0"/>
          <w:bCs w:val="0"/>
          <w:color w:val="auto"/>
          <w:sz w:val="24"/>
          <w:szCs w:val="24"/>
        </w:rPr>
        <w:t>Lasers rely on stimulated emission—an electron transitions between energy levels and releases coherent light. This quantum effect enables applications in medicine, communication, manufacturing, and scientific research.</w:t>
      </w:r>
    </w:p>
    <w:p w14:paraId="58A428C9" w14:textId="73CB969C" w:rsidR="00E0078A" w:rsidRPr="00062357" w:rsidRDefault="00E0078A" w:rsidP="00A60FBC">
      <w:pPr>
        <w:pStyle w:val="1"/>
        <w:numPr>
          <w:ilvl w:val="0"/>
          <w:numId w:val="15"/>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062357">
        <w:rPr>
          <w:rFonts w:ascii="Times New Roman" w:hAnsi="Times New Roman" w:cs="Times New Roman"/>
          <w:b w:val="0"/>
          <w:bCs w:val="0"/>
          <w:color w:val="auto"/>
          <w:sz w:val="24"/>
          <w:szCs w:val="24"/>
        </w:rPr>
        <w:t>Quantum Computing</w:t>
      </w:r>
      <w:r w:rsidR="00062357" w:rsidRPr="00062357">
        <w:rPr>
          <w:rFonts w:ascii="Times New Roman" w:hAnsi="Times New Roman" w:cs="Times New Roman"/>
          <w:b w:val="0"/>
          <w:bCs w:val="0"/>
          <w:color w:val="auto"/>
          <w:sz w:val="24"/>
          <w:szCs w:val="24"/>
          <w:lang w:val="kk-KZ"/>
        </w:rPr>
        <w:t xml:space="preserve">. </w:t>
      </w:r>
      <w:r w:rsidRPr="00062357">
        <w:rPr>
          <w:rFonts w:ascii="Times New Roman" w:hAnsi="Times New Roman" w:cs="Times New Roman"/>
          <w:b w:val="0"/>
          <w:bCs w:val="0"/>
          <w:color w:val="auto"/>
          <w:sz w:val="24"/>
          <w:szCs w:val="24"/>
        </w:rPr>
        <w:t>Quantum computers use qubits that exploit superposition and entanglement to perform computations much faster than classical computers for specific tasks such as cryptography, simulation, and optimization.</w:t>
      </w:r>
    </w:p>
    <w:p w14:paraId="49210FCA" w14:textId="642A02C6" w:rsidR="00E0078A" w:rsidRPr="00062357" w:rsidRDefault="00E0078A" w:rsidP="00A60FBC">
      <w:pPr>
        <w:pStyle w:val="1"/>
        <w:numPr>
          <w:ilvl w:val="0"/>
          <w:numId w:val="15"/>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062357">
        <w:rPr>
          <w:rFonts w:ascii="Times New Roman" w:hAnsi="Times New Roman" w:cs="Times New Roman"/>
          <w:b w:val="0"/>
          <w:bCs w:val="0"/>
          <w:color w:val="auto"/>
          <w:sz w:val="24"/>
          <w:szCs w:val="24"/>
        </w:rPr>
        <w:t>Spectroscopy</w:t>
      </w:r>
      <w:r w:rsidR="00062357" w:rsidRPr="00062357">
        <w:rPr>
          <w:rFonts w:ascii="Times New Roman" w:hAnsi="Times New Roman" w:cs="Times New Roman"/>
          <w:b w:val="0"/>
          <w:bCs w:val="0"/>
          <w:color w:val="auto"/>
          <w:sz w:val="24"/>
          <w:szCs w:val="24"/>
          <w:lang w:val="kk-KZ"/>
        </w:rPr>
        <w:t xml:space="preserve">. </w:t>
      </w:r>
      <w:r w:rsidRPr="00062357">
        <w:rPr>
          <w:rFonts w:ascii="Times New Roman" w:hAnsi="Times New Roman" w:cs="Times New Roman"/>
          <w:b w:val="0"/>
          <w:bCs w:val="0"/>
          <w:color w:val="auto"/>
          <w:sz w:val="24"/>
          <w:szCs w:val="24"/>
        </w:rPr>
        <w:t>Spectroscopy analyzes the light absorbed or emitted by atoms, allowing scientists to identify elements, determine chemical composition, and study astronomical objects across the universe.</w:t>
      </w:r>
    </w:p>
    <w:p w14:paraId="62649D45" w14:textId="77777777" w:rsidR="00E0078A" w:rsidRPr="00E0078A" w:rsidRDefault="00E0078A" w:rsidP="00A60FBC">
      <w:pPr>
        <w:pStyle w:val="1"/>
        <w:spacing w:before="0" w:line="240" w:lineRule="auto"/>
        <w:ind w:firstLine="709"/>
        <w:jc w:val="both"/>
        <w:rPr>
          <w:rFonts w:ascii="Times New Roman" w:hAnsi="Times New Roman" w:cs="Times New Roman"/>
          <w:b w:val="0"/>
          <w:bCs w:val="0"/>
          <w:color w:val="auto"/>
          <w:sz w:val="24"/>
          <w:szCs w:val="24"/>
        </w:rPr>
      </w:pPr>
      <w:r w:rsidRPr="00E0078A">
        <w:rPr>
          <w:rFonts w:ascii="Times New Roman" w:hAnsi="Times New Roman" w:cs="Times New Roman"/>
          <w:b w:val="0"/>
          <w:bCs w:val="0"/>
          <w:color w:val="auto"/>
          <w:sz w:val="24"/>
          <w:szCs w:val="24"/>
        </w:rPr>
        <w:t>These applications demonstrate how quantum theory shapes nearly every aspect of modern science and technology.</w:t>
      </w:r>
    </w:p>
    <w:p w14:paraId="48F239FB" w14:textId="77777777" w:rsidR="00E0078A" w:rsidRPr="00E0078A" w:rsidRDefault="00E0078A" w:rsidP="00A60FBC">
      <w:pPr>
        <w:pStyle w:val="1"/>
        <w:spacing w:before="0" w:line="240" w:lineRule="auto"/>
        <w:jc w:val="both"/>
        <w:rPr>
          <w:rFonts w:ascii="Times New Roman" w:hAnsi="Times New Roman" w:cs="Times New Roman"/>
          <w:b w:val="0"/>
          <w:bCs w:val="0"/>
          <w:color w:val="auto"/>
          <w:sz w:val="24"/>
          <w:szCs w:val="24"/>
        </w:rPr>
      </w:pPr>
    </w:p>
    <w:p w14:paraId="0FA72AD4" w14:textId="77777777" w:rsidR="00E0078A" w:rsidRPr="00062357" w:rsidRDefault="00E0078A" w:rsidP="00A60FBC">
      <w:pPr>
        <w:pStyle w:val="1"/>
        <w:spacing w:before="0" w:line="240" w:lineRule="auto"/>
        <w:ind w:firstLine="709"/>
        <w:jc w:val="both"/>
        <w:rPr>
          <w:rFonts w:ascii="Times New Roman" w:hAnsi="Times New Roman" w:cs="Times New Roman"/>
          <w:i/>
          <w:iCs/>
          <w:color w:val="auto"/>
          <w:sz w:val="24"/>
          <w:szCs w:val="24"/>
        </w:rPr>
      </w:pPr>
      <w:r w:rsidRPr="00062357">
        <w:rPr>
          <w:rFonts w:ascii="Times New Roman" w:hAnsi="Times New Roman" w:cs="Times New Roman"/>
          <w:i/>
          <w:iCs/>
          <w:color w:val="auto"/>
          <w:sz w:val="24"/>
          <w:szCs w:val="24"/>
        </w:rPr>
        <w:t>Conclusion</w:t>
      </w:r>
    </w:p>
    <w:p w14:paraId="1DA9ED56" w14:textId="77777777" w:rsidR="00E0078A" w:rsidRPr="00E0078A" w:rsidRDefault="00E0078A" w:rsidP="00A60FBC">
      <w:pPr>
        <w:pStyle w:val="1"/>
        <w:spacing w:before="0" w:line="240" w:lineRule="auto"/>
        <w:ind w:firstLine="709"/>
        <w:jc w:val="both"/>
        <w:rPr>
          <w:rFonts w:ascii="Times New Roman" w:hAnsi="Times New Roman" w:cs="Times New Roman"/>
          <w:b w:val="0"/>
          <w:bCs w:val="0"/>
          <w:color w:val="auto"/>
          <w:sz w:val="24"/>
          <w:szCs w:val="24"/>
        </w:rPr>
      </w:pPr>
      <w:r w:rsidRPr="00E0078A">
        <w:rPr>
          <w:rFonts w:ascii="Times New Roman" w:hAnsi="Times New Roman" w:cs="Times New Roman"/>
          <w:b w:val="0"/>
          <w:bCs w:val="0"/>
          <w:color w:val="auto"/>
          <w:sz w:val="24"/>
          <w:szCs w:val="24"/>
        </w:rPr>
        <w:t>Quantum mechanics and atomic physics provide a framework for understanding matter at the smallest scales, offering insights into behaviors that defy classical expectations. The principles of wave–particle duality, quantization, and superposition reveal the rich complexity of atomic systems and underpin the technologies that define contemporary life. From electronics and lasers to quantum computing and spectroscopy, quantum theory enables breakthroughs that support global communication, medicine, manufacturing, and scientific discovery. As research advances, quantum mechanics will continue to shape the future of technology and deepen our understanding of the physical universe.</w:t>
      </w:r>
    </w:p>
    <w:p w14:paraId="543833B1" w14:textId="0111D236" w:rsidR="00E0078A" w:rsidRPr="00062357" w:rsidRDefault="00E0078A" w:rsidP="00A60FBC">
      <w:pPr>
        <w:pStyle w:val="1"/>
        <w:spacing w:before="0" w:line="240" w:lineRule="auto"/>
        <w:ind w:firstLine="709"/>
        <w:jc w:val="both"/>
        <w:rPr>
          <w:rFonts w:ascii="Times New Roman" w:hAnsi="Times New Roman" w:cs="Times New Roman"/>
          <w:i/>
          <w:iCs/>
          <w:color w:val="auto"/>
          <w:sz w:val="24"/>
          <w:szCs w:val="24"/>
          <w:lang w:val="kk-KZ"/>
        </w:rPr>
      </w:pPr>
      <w:r w:rsidRPr="00062357">
        <w:rPr>
          <w:rFonts w:ascii="Times New Roman" w:hAnsi="Times New Roman" w:cs="Times New Roman"/>
          <w:i/>
          <w:iCs/>
          <w:color w:val="auto"/>
          <w:sz w:val="24"/>
          <w:szCs w:val="24"/>
        </w:rPr>
        <w:t>Control Questions</w:t>
      </w:r>
      <w:r w:rsidR="00062357">
        <w:rPr>
          <w:rFonts w:ascii="Times New Roman" w:hAnsi="Times New Roman" w:cs="Times New Roman"/>
          <w:i/>
          <w:iCs/>
          <w:color w:val="auto"/>
          <w:sz w:val="24"/>
          <w:szCs w:val="24"/>
          <w:lang w:val="kk-KZ"/>
        </w:rPr>
        <w:t>:</w:t>
      </w:r>
    </w:p>
    <w:p w14:paraId="7CBD325B" w14:textId="77777777" w:rsidR="00E0078A" w:rsidRPr="00E0078A" w:rsidRDefault="00E0078A" w:rsidP="00A60FBC">
      <w:pPr>
        <w:pStyle w:val="1"/>
        <w:numPr>
          <w:ilvl w:val="0"/>
          <w:numId w:val="16"/>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E0078A">
        <w:rPr>
          <w:rFonts w:ascii="Times New Roman" w:hAnsi="Times New Roman" w:cs="Times New Roman"/>
          <w:b w:val="0"/>
          <w:bCs w:val="0"/>
          <w:color w:val="auto"/>
          <w:sz w:val="24"/>
          <w:szCs w:val="24"/>
        </w:rPr>
        <w:t>What distinguishes quantum mechanics from classical physics?</w:t>
      </w:r>
    </w:p>
    <w:p w14:paraId="559A276E" w14:textId="77777777" w:rsidR="00E0078A" w:rsidRPr="00E0078A" w:rsidRDefault="00E0078A" w:rsidP="00A60FBC">
      <w:pPr>
        <w:pStyle w:val="1"/>
        <w:numPr>
          <w:ilvl w:val="0"/>
          <w:numId w:val="16"/>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E0078A">
        <w:rPr>
          <w:rFonts w:ascii="Times New Roman" w:hAnsi="Times New Roman" w:cs="Times New Roman"/>
          <w:b w:val="0"/>
          <w:bCs w:val="0"/>
          <w:color w:val="auto"/>
          <w:sz w:val="24"/>
          <w:szCs w:val="24"/>
        </w:rPr>
        <w:t>What is wave–particle duality and how is it demonstrated?</w:t>
      </w:r>
    </w:p>
    <w:p w14:paraId="715886A9" w14:textId="77777777" w:rsidR="00E0078A" w:rsidRPr="00E0078A" w:rsidRDefault="00E0078A" w:rsidP="00A60FBC">
      <w:pPr>
        <w:pStyle w:val="1"/>
        <w:numPr>
          <w:ilvl w:val="0"/>
          <w:numId w:val="16"/>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E0078A">
        <w:rPr>
          <w:rFonts w:ascii="Times New Roman" w:hAnsi="Times New Roman" w:cs="Times New Roman"/>
          <w:b w:val="0"/>
          <w:bCs w:val="0"/>
          <w:color w:val="auto"/>
          <w:sz w:val="24"/>
          <w:szCs w:val="24"/>
        </w:rPr>
        <w:t>Explain the meaning of quantized energy levels in atoms.</w:t>
      </w:r>
    </w:p>
    <w:p w14:paraId="7A94EA8D" w14:textId="77777777" w:rsidR="00E0078A" w:rsidRPr="00E0078A" w:rsidRDefault="00E0078A" w:rsidP="00A60FBC">
      <w:pPr>
        <w:pStyle w:val="1"/>
        <w:numPr>
          <w:ilvl w:val="0"/>
          <w:numId w:val="16"/>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E0078A">
        <w:rPr>
          <w:rFonts w:ascii="Times New Roman" w:hAnsi="Times New Roman" w:cs="Times New Roman"/>
          <w:b w:val="0"/>
          <w:bCs w:val="0"/>
          <w:color w:val="auto"/>
          <w:sz w:val="24"/>
          <w:szCs w:val="24"/>
        </w:rPr>
        <w:t>How does the Schrödinger equation describe atomic behavior?</w:t>
      </w:r>
    </w:p>
    <w:p w14:paraId="630ECE08" w14:textId="4D059F1F" w:rsidR="00213BAA" w:rsidRPr="00E0078A" w:rsidRDefault="00E0078A" w:rsidP="00A60FBC">
      <w:pPr>
        <w:pStyle w:val="1"/>
        <w:numPr>
          <w:ilvl w:val="0"/>
          <w:numId w:val="16"/>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E0078A">
        <w:rPr>
          <w:rFonts w:ascii="Times New Roman" w:hAnsi="Times New Roman" w:cs="Times New Roman"/>
          <w:b w:val="0"/>
          <w:bCs w:val="0"/>
          <w:color w:val="auto"/>
          <w:sz w:val="24"/>
          <w:szCs w:val="24"/>
        </w:rPr>
        <w:t>Give three technological applications of quantum mechanics.</w:t>
      </w:r>
    </w:p>
    <w:sectPr w:rsidR="00213BAA" w:rsidRPr="00E0078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8956D82"/>
    <w:multiLevelType w:val="hybridMultilevel"/>
    <w:tmpl w:val="B3BA757A"/>
    <w:lvl w:ilvl="0" w:tplc="8B7210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7A75F8"/>
    <w:multiLevelType w:val="hybridMultilevel"/>
    <w:tmpl w:val="DEF4F1AA"/>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3B93201"/>
    <w:multiLevelType w:val="hybridMultilevel"/>
    <w:tmpl w:val="26F27E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A372DF5"/>
    <w:multiLevelType w:val="hybridMultilevel"/>
    <w:tmpl w:val="5D56005E"/>
    <w:lvl w:ilvl="0" w:tplc="8B7210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1E6A74"/>
    <w:multiLevelType w:val="hybridMultilevel"/>
    <w:tmpl w:val="67A229E0"/>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6E47FA1"/>
    <w:multiLevelType w:val="hybridMultilevel"/>
    <w:tmpl w:val="31F4EB08"/>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D354E00"/>
    <w:multiLevelType w:val="hybridMultilevel"/>
    <w:tmpl w:val="23FE24BE"/>
    <w:lvl w:ilvl="0" w:tplc="8B7210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2A7494C"/>
    <w:multiLevelType w:val="hybridMultilevel"/>
    <w:tmpl w:val="79461880"/>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880287A"/>
    <w:multiLevelType w:val="hybridMultilevel"/>
    <w:tmpl w:val="34E8EF80"/>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5"/>
  </w:num>
  <w:num w:numId="11">
    <w:abstractNumId w:val="12"/>
  </w:num>
  <w:num w:numId="12">
    <w:abstractNumId w:val="9"/>
  </w:num>
  <w:num w:numId="13">
    <w:abstractNumId w:val="17"/>
  </w:num>
  <w:num w:numId="14">
    <w:abstractNumId w:val="16"/>
  </w:num>
  <w:num w:numId="15">
    <w:abstractNumId w:val="13"/>
  </w:num>
  <w:num w:numId="16">
    <w:abstractNumId w:val="11"/>
  </w:num>
  <w:num w:numId="17">
    <w:abstractNumId w:val="1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2357"/>
    <w:rsid w:val="0015074B"/>
    <w:rsid w:val="00213BAA"/>
    <w:rsid w:val="0029639D"/>
    <w:rsid w:val="00326F90"/>
    <w:rsid w:val="00433D51"/>
    <w:rsid w:val="00A60FBC"/>
    <w:rsid w:val="00AA1D8D"/>
    <w:rsid w:val="00B47730"/>
    <w:rsid w:val="00B53AEA"/>
    <w:rsid w:val="00CB0664"/>
    <w:rsid w:val="00E0078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22989E"/>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947C9-1CBB-4A61-86DB-7A9371952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2171</Words>
  <Characters>12381</Characters>
  <Application>Microsoft Office Word</Application>
  <DocSecurity>0</DocSecurity>
  <Lines>103</Lines>
  <Paragraphs>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14523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4</cp:revision>
  <dcterms:created xsi:type="dcterms:W3CDTF">2013-12-23T23:15:00Z</dcterms:created>
  <dcterms:modified xsi:type="dcterms:W3CDTF">2025-11-13T00:49:00Z</dcterms:modified>
  <cp:category/>
</cp:coreProperties>
</file>